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4988" w:rsidRPr="006838BE" w:rsidRDefault="00C22C2E" w:rsidP="00F56B21">
      <w:pPr>
        <w:pStyle w:val="Geenafstand"/>
        <w:rPr>
          <w:rFonts w:ascii="Calibri" w:hAnsi="Calibri"/>
          <w:b/>
          <w:color w:val="52C3C8"/>
          <w:sz w:val="28"/>
          <w:lang w:val="nl-NL"/>
        </w:rPr>
      </w:pPr>
      <w:bookmarkStart w:id="0" w:name="_GoBack"/>
      <w:bookmarkEnd w:id="0"/>
      <w:r w:rsidRPr="006838BE">
        <w:rPr>
          <w:rFonts w:ascii="Calibri" w:hAnsi="Calibri"/>
          <w:b/>
          <w:color w:val="52C3C8"/>
          <w:sz w:val="28"/>
          <w:lang w:val="nl-NL"/>
        </w:rPr>
        <w:t xml:space="preserve">Vragenlijst </w:t>
      </w:r>
      <w:r w:rsidR="009740EE" w:rsidRPr="006838BE">
        <w:rPr>
          <w:rFonts w:ascii="Calibri" w:hAnsi="Calibri"/>
          <w:b/>
          <w:color w:val="52C3C8"/>
          <w:sz w:val="28"/>
          <w:lang w:val="nl-NL"/>
        </w:rPr>
        <w:t xml:space="preserve">| </w:t>
      </w:r>
      <w:r w:rsidR="00E9552F" w:rsidRPr="006838BE">
        <w:rPr>
          <w:rFonts w:ascii="Calibri" w:hAnsi="Calibri"/>
          <w:b/>
          <w:color w:val="52C3C8"/>
          <w:sz w:val="28"/>
          <w:lang w:val="nl-NL"/>
        </w:rPr>
        <w:t>Doelgroeponderzoek</w:t>
      </w:r>
    </w:p>
    <w:p w:rsidR="009A7879" w:rsidRPr="006838BE" w:rsidRDefault="009A7879">
      <w:pPr>
        <w:rPr>
          <w:rFonts w:ascii="Calibri" w:hAnsi="Calibri"/>
          <w:b/>
          <w:color w:val="FFFFFF" w:themeColor="background1"/>
          <w:lang w:val="nl-NL"/>
        </w:rPr>
      </w:pPr>
    </w:p>
    <w:p w:rsidR="003A4BC2" w:rsidRPr="006838BE" w:rsidRDefault="008714F3" w:rsidP="00CE16F2">
      <w:pPr>
        <w:pStyle w:val="AHoofdstuk"/>
      </w:pPr>
      <w:r w:rsidRPr="006838BE">
        <w:t xml:space="preserve">Introductie </w:t>
      </w:r>
    </w:p>
    <w:p w:rsidR="008714F3" w:rsidRPr="006838BE" w:rsidRDefault="008714F3" w:rsidP="008714F3">
      <w:pPr>
        <w:pStyle w:val="CVraagtekst"/>
        <w:rPr>
          <w:lang w:val="nl-NL"/>
        </w:rPr>
      </w:pPr>
    </w:p>
    <w:p w:rsidR="001209F7" w:rsidRPr="006838BE" w:rsidRDefault="001209F7" w:rsidP="001209F7">
      <w:pPr>
        <w:pStyle w:val="CVraagtekst"/>
        <w:rPr>
          <w:b/>
          <w:lang w:val="nl-NL"/>
        </w:rPr>
      </w:pPr>
      <w:r w:rsidRPr="006838BE">
        <w:rPr>
          <w:b/>
          <w:lang w:val="nl-NL"/>
        </w:rPr>
        <w:t>Wat staat je te wachten bij dit onderzoek?</w:t>
      </w:r>
    </w:p>
    <w:p w:rsidR="001209F7" w:rsidRPr="006838BE" w:rsidRDefault="001209F7" w:rsidP="001209F7">
      <w:pPr>
        <w:pStyle w:val="CVraagtekst"/>
        <w:rPr>
          <w:lang w:val="nl-NL"/>
        </w:rPr>
      </w:pPr>
    </w:p>
    <w:p w:rsidR="00D51892" w:rsidRPr="006838BE" w:rsidRDefault="00D51892" w:rsidP="00D51892">
      <w:pPr>
        <w:pStyle w:val="CVraagtekst"/>
        <w:rPr>
          <w:lang w:val="nl-NL"/>
        </w:rPr>
      </w:pPr>
      <w:proofErr w:type="spellStart"/>
      <w:r w:rsidRPr="006838BE">
        <w:rPr>
          <w:lang w:val="nl-NL"/>
        </w:rPr>
        <w:t>Blendle</w:t>
      </w:r>
      <w:proofErr w:type="spellEnd"/>
      <w:r w:rsidRPr="006838BE">
        <w:rPr>
          <w:lang w:val="nl-NL"/>
        </w:rPr>
        <w:t xml:space="preserve"> doet samen met Motivaction een grootschalig onderzoek naar </w:t>
      </w:r>
      <w:r w:rsidR="00001B81" w:rsidRPr="006838BE">
        <w:rPr>
          <w:lang w:val="nl-NL"/>
        </w:rPr>
        <w:t>de behoefte aan nieuws, actualiteiten en entertainment</w:t>
      </w:r>
      <w:r w:rsidRPr="006838BE">
        <w:rPr>
          <w:lang w:val="nl-NL"/>
        </w:rPr>
        <w:t xml:space="preserve"> in Nederland. Wat uniek is aan dit onderzoek: </w:t>
      </w:r>
      <w:proofErr w:type="spellStart"/>
      <w:r w:rsidRPr="006838BE">
        <w:rPr>
          <w:lang w:val="nl-NL"/>
        </w:rPr>
        <w:t>Blendle</w:t>
      </w:r>
      <w:proofErr w:type="spellEnd"/>
      <w:r w:rsidRPr="006838BE">
        <w:rPr>
          <w:lang w:val="nl-NL"/>
        </w:rPr>
        <w:t xml:space="preserve"> zal alle resultaten openbaar maken zodat het journalisten en uitgevers kan helpen om de wensen van de moderne nieuwsconsument (jij!) beter te begrijpen. Met andere woorden: met jouw deelname steun je </w:t>
      </w:r>
      <w:r w:rsidR="00001B81" w:rsidRPr="006838BE">
        <w:rPr>
          <w:lang w:val="nl-NL"/>
        </w:rPr>
        <w:t xml:space="preserve">onafhankelijke </w:t>
      </w:r>
      <w:r w:rsidRPr="006838BE">
        <w:rPr>
          <w:lang w:val="nl-NL"/>
        </w:rPr>
        <w:t>journalistiek in Nederland.</w:t>
      </w:r>
    </w:p>
    <w:p w:rsidR="00D51892" w:rsidRPr="006838BE" w:rsidRDefault="00D51892" w:rsidP="00D51892">
      <w:pPr>
        <w:pStyle w:val="CVraagtekst"/>
        <w:rPr>
          <w:lang w:val="nl-NL"/>
        </w:rPr>
      </w:pPr>
    </w:p>
    <w:p w:rsidR="00D51892" w:rsidRPr="006838BE" w:rsidRDefault="00D51892" w:rsidP="00D51892">
      <w:pPr>
        <w:pStyle w:val="CVraagtekst"/>
        <w:rPr>
          <w:lang w:val="nl-NL"/>
        </w:rPr>
      </w:pPr>
      <w:r w:rsidRPr="006838BE">
        <w:rPr>
          <w:lang w:val="nl-NL"/>
        </w:rPr>
        <w:t xml:space="preserve">Het duurt ongeveer 10 </w:t>
      </w:r>
      <w:r w:rsidR="002A1106" w:rsidRPr="006838BE">
        <w:rPr>
          <w:lang w:val="nl-NL"/>
        </w:rPr>
        <w:t xml:space="preserve">– 12 </w:t>
      </w:r>
      <w:r w:rsidRPr="006838BE">
        <w:rPr>
          <w:lang w:val="nl-NL"/>
        </w:rPr>
        <w:t>minuten om aan het onderzoek mee te doen. We zullen je vooral vragen st</w:t>
      </w:r>
      <w:r w:rsidR="005A2DF1" w:rsidRPr="006838BE">
        <w:rPr>
          <w:lang w:val="nl-NL"/>
        </w:rPr>
        <w:t>ellen over hoe je nieuws, actualiteiten en entertainment volgt, en welke mediakanalen je hiervoor gebruikt.</w:t>
      </w:r>
    </w:p>
    <w:p w:rsidR="001209F7" w:rsidRPr="006838BE" w:rsidRDefault="001209F7" w:rsidP="001209F7">
      <w:pPr>
        <w:pStyle w:val="CVraagtekst"/>
        <w:rPr>
          <w:lang w:val="nl-NL"/>
        </w:rPr>
      </w:pPr>
    </w:p>
    <w:p w:rsidR="001209F7" w:rsidRPr="006838BE" w:rsidRDefault="00D51892" w:rsidP="001209F7">
      <w:pPr>
        <w:pStyle w:val="CVraagtekst"/>
        <w:rPr>
          <w:lang w:val="nl-NL"/>
        </w:rPr>
      </w:pPr>
      <w:r w:rsidRPr="006838BE">
        <w:rPr>
          <w:lang w:val="nl-NL"/>
        </w:rPr>
        <w:t xml:space="preserve">Het onderzoek is opgedeeld in </w:t>
      </w:r>
      <w:r w:rsidR="005A2DF1" w:rsidRPr="006838BE">
        <w:rPr>
          <w:lang w:val="nl-NL"/>
        </w:rPr>
        <w:t>zes levels, en ieder level bestaat uit vier vragen</w:t>
      </w:r>
      <w:r w:rsidR="001209F7" w:rsidRPr="006838BE">
        <w:rPr>
          <w:lang w:val="nl-NL"/>
        </w:rPr>
        <w:t>: (deze zijn wellicht nu niet meteen duidelijk; we leggen gedurende het onderzoek alles uit)</w:t>
      </w:r>
      <w:r w:rsidR="002A1106" w:rsidRPr="006838BE">
        <w:rPr>
          <w:lang w:val="nl-NL"/>
        </w:rPr>
        <w:t xml:space="preserve">. </w:t>
      </w:r>
    </w:p>
    <w:p w:rsidR="001209F7" w:rsidRPr="006838BE" w:rsidRDefault="001209F7" w:rsidP="001209F7">
      <w:pPr>
        <w:pStyle w:val="CVraagtekst"/>
        <w:rPr>
          <w:lang w:val="nl-NL"/>
        </w:rPr>
      </w:pPr>
    </w:p>
    <w:p w:rsidR="002A1106" w:rsidRPr="006838BE" w:rsidRDefault="002A1106" w:rsidP="001209F7">
      <w:pPr>
        <w:pStyle w:val="CVraagtekst"/>
        <w:rPr>
          <w:lang w:val="nl-NL"/>
        </w:rPr>
      </w:pPr>
      <w:r w:rsidRPr="006838BE">
        <w:rPr>
          <w:lang w:val="nl-NL"/>
        </w:rPr>
        <w:t xml:space="preserve">Level </w:t>
      </w:r>
      <w:r w:rsidR="001209F7" w:rsidRPr="006838BE">
        <w:rPr>
          <w:lang w:val="nl-NL"/>
        </w:rPr>
        <w:t>1: AANLEIDING</w:t>
      </w:r>
      <w:r w:rsidRPr="006838BE">
        <w:rPr>
          <w:lang w:val="nl-NL"/>
        </w:rPr>
        <w:t xml:space="preserve"> </w:t>
      </w:r>
    </w:p>
    <w:p w:rsidR="002A1106" w:rsidRPr="006838BE" w:rsidRDefault="002A1106" w:rsidP="001209F7">
      <w:pPr>
        <w:pStyle w:val="CVraagtekst"/>
        <w:rPr>
          <w:lang w:val="nl-NL"/>
        </w:rPr>
      </w:pPr>
      <w:r w:rsidRPr="006838BE">
        <w:rPr>
          <w:lang w:val="nl-NL"/>
        </w:rPr>
        <w:t xml:space="preserve">Level </w:t>
      </w:r>
      <w:r w:rsidR="001209F7" w:rsidRPr="006838BE">
        <w:rPr>
          <w:lang w:val="nl-NL"/>
        </w:rPr>
        <w:t>2: BEHOEFTEN</w:t>
      </w:r>
    </w:p>
    <w:p w:rsidR="002A1106" w:rsidRPr="006838BE" w:rsidRDefault="002A1106" w:rsidP="001209F7">
      <w:pPr>
        <w:pStyle w:val="CVraagtekst"/>
        <w:rPr>
          <w:lang w:val="nl-NL"/>
        </w:rPr>
      </w:pPr>
      <w:r w:rsidRPr="006838BE">
        <w:rPr>
          <w:lang w:val="nl-NL"/>
        </w:rPr>
        <w:t xml:space="preserve">Level </w:t>
      </w:r>
      <w:r w:rsidR="001209F7" w:rsidRPr="006838BE">
        <w:rPr>
          <w:lang w:val="nl-NL"/>
        </w:rPr>
        <w:t xml:space="preserve">3: </w:t>
      </w:r>
      <w:r w:rsidR="00B55290" w:rsidRPr="006838BE">
        <w:rPr>
          <w:lang w:val="nl-NL"/>
        </w:rPr>
        <w:t>ORIËNTATIE</w:t>
      </w:r>
    </w:p>
    <w:p w:rsidR="002A1106" w:rsidRPr="006838BE" w:rsidRDefault="002A1106" w:rsidP="001209F7">
      <w:pPr>
        <w:pStyle w:val="CVraagtekst"/>
        <w:rPr>
          <w:lang w:val="nl-NL"/>
        </w:rPr>
      </w:pPr>
      <w:r w:rsidRPr="006838BE">
        <w:rPr>
          <w:lang w:val="nl-NL"/>
        </w:rPr>
        <w:t xml:space="preserve">Level </w:t>
      </w:r>
      <w:r w:rsidR="00F51731" w:rsidRPr="006838BE">
        <w:rPr>
          <w:lang w:val="nl-NL"/>
        </w:rPr>
        <w:t xml:space="preserve">4: </w:t>
      </w:r>
      <w:r w:rsidR="00D51892" w:rsidRPr="006838BE">
        <w:rPr>
          <w:lang w:val="nl-NL"/>
        </w:rPr>
        <w:t>OVERWEGING</w:t>
      </w:r>
    </w:p>
    <w:p w:rsidR="002A1106" w:rsidRPr="006838BE" w:rsidRDefault="002A1106" w:rsidP="001209F7">
      <w:pPr>
        <w:pStyle w:val="CVraagtekst"/>
        <w:rPr>
          <w:lang w:val="nl-NL"/>
        </w:rPr>
      </w:pPr>
      <w:r w:rsidRPr="006838BE">
        <w:rPr>
          <w:lang w:val="nl-NL"/>
        </w:rPr>
        <w:t xml:space="preserve">Level </w:t>
      </w:r>
      <w:r w:rsidR="001209F7" w:rsidRPr="006838BE">
        <w:rPr>
          <w:lang w:val="nl-NL"/>
        </w:rPr>
        <w:t xml:space="preserve">5: BESLISSING/AANKOOP </w:t>
      </w:r>
    </w:p>
    <w:p w:rsidR="001209F7" w:rsidRPr="006838BE" w:rsidRDefault="001209F7" w:rsidP="001209F7">
      <w:pPr>
        <w:pStyle w:val="CVraagtekst"/>
        <w:rPr>
          <w:lang w:val="nl-NL"/>
        </w:rPr>
      </w:pPr>
    </w:p>
    <w:p w:rsidR="008714F3" w:rsidRPr="006838BE" w:rsidRDefault="001209F7" w:rsidP="001209F7">
      <w:pPr>
        <w:pStyle w:val="Tekst"/>
      </w:pPr>
      <w:r w:rsidRPr="006838BE">
        <w:t>Succes!</w:t>
      </w: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Pr="006838BE" w:rsidRDefault="00205E50" w:rsidP="001209F7">
      <w:pPr>
        <w:pStyle w:val="Tekst"/>
      </w:pPr>
    </w:p>
    <w:p w:rsidR="00205E50" w:rsidRDefault="00205E50" w:rsidP="001209F7">
      <w:pPr>
        <w:pStyle w:val="Tekst"/>
      </w:pPr>
    </w:p>
    <w:p w:rsidR="000B1969" w:rsidRPr="006838BE" w:rsidRDefault="000B1969" w:rsidP="001209F7">
      <w:pPr>
        <w:pStyle w:val="Tekst"/>
      </w:pPr>
    </w:p>
    <w:p w:rsidR="00205E50" w:rsidRPr="006838BE" w:rsidRDefault="00205E50" w:rsidP="001209F7">
      <w:pPr>
        <w:pStyle w:val="Tekst"/>
      </w:pPr>
    </w:p>
    <w:p w:rsidR="008714F3" w:rsidRPr="006838BE" w:rsidRDefault="002A1106" w:rsidP="008714F3">
      <w:pPr>
        <w:pStyle w:val="AHoofdstuk"/>
      </w:pPr>
      <w:r w:rsidRPr="006838BE">
        <w:lastRenderedPageBreak/>
        <w:t>AAN</w:t>
      </w:r>
      <w:r w:rsidR="00FC4665" w:rsidRPr="006838BE">
        <w:t>LEIDING</w:t>
      </w:r>
    </w:p>
    <w:p w:rsidR="002A1106" w:rsidRPr="006838BE" w:rsidRDefault="002A1106" w:rsidP="0087043E">
      <w:pPr>
        <w:pStyle w:val="Tekst"/>
      </w:pPr>
      <w:r w:rsidRPr="006838BE">
        <w:rPr>
          <w:b/>
          <w:noProof/>
        </w:rPr>
        <mc:AlternateContent>
          <mc:Choice Requires="wps">
            <w:drawing>
              <wp:anchor distT="0" distB="0" distL="114300" distR="114300" simplePos="0" relativeHeight="251664384" behindDoc="0" locked="0" layoutInCell="1" allowOverlap="1">
                <wp:simplePos x="0" y="0"/>
                <wp:positionH relativeFrom="margin">
                  <wp:align>left</wp:align>
                </wp:positionH>
                <wp:positionV relativeFrom="paragraph">
                  <wp:posOffset>120650</wp:posOffset>
                </wp:positionV>
                <wp:extent cx="5934075" cy="838200"/>
                <wp:effectExtent l="0" t="0" r="28575" b="19050"/>
                <wp:wrapNone/>
                <wp:docPr id="14" name="Tekstvak 14"/>
                <wp:cNvGraphicFramePr/>
                <a:graphic xmlns:a="http://schemas.openxmlformats.org/drawingml/2006/main">
                  <a:graphicData uri="http://schemas.microsoft.com/office/word/2010/wordprocessingShape">
                    <wps:wsp>
                      <wps:cNvSpPr txBox="1"/>
                      <wps:spPr>
                        <a:xfrm>
                          <a:off x="0" y="0"/>
                          <a:ext cx="5934075" cy="838200"/>
                        </a:xfrm>
                        <a:prstGeom prst="rect">
                          <a:avLst/>
                        </a:prstGeom>
                        <a:solidFill>
                          <a:schemeClr val="lt1"/>
                        </a:solidFill>
                        <a:ln w="6350">
                          <a:solidFill>
                            <a:prstClr val="black"/>
                          </a:solidFill>
                        </a:ln>
                      </wps:spPr>
                      <wps:txbx>
                        <w:txbxContent>
                          <w:p w:rsidR="00F87C26" w:rsidRPr="006838BE" w:rsidRDefault="00F87C26" w:rsidP="002A1106">
                            <w:pPr>
                              <w:pStyle w:val="Tekst"/>
                              <w:rPr>
                                <w:b/>
                              </w:rPr>
                            </w:pPr>
                            <w:r w:rsidRPr="006838BE">
                              <w:rPr>
                                <w:b/>
                              </w:rPr>
                              <w:t>LEVEL 1: AANLEIDING</w:t>
                            </w:r>
                          </w:p>
                          <w:p w:rsidR="00F87C26" w:rsidRPr="002A1106" w:rsidRDefault="00F87C26" w:rsidP="002A1106">
                            <w:pPr>
                              <w:pStyle w:val="Tekst"/>
                              <w:rPr>
                                <w:b/>
                              </w:rPr>
                            </w:pPr>
                            <w:r w:rsidRPr="006838BE">
                              <w:t>Een moment of oorzaak die ervoor zorgt dat je iets zou willen veranderen aan de manier waarop je het nieuws(i) op dit moment volgt en tot je neemt.</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vak 14" o:spid="_x0000_s1026" type="#_x0000_t202" style="position:absolute;margin-left:0;margin-top:9.5pt;width:467.25pt;height:66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" fillcolor="white [3201]" strokeweight=".5pt">
                <v:textbox>
                  <w:txbxContent>
                    <w:p w:rsidR="00F87C26" w:rsidRPr="006838BE" w:rsidRDefault="00F87C26" w:rsidP="002A1106">
                      <w:pPr>
                        <w:pStyle w:val="Tekst"/>
                        <w:rPr>
                          <w:b/>
                        </w:rPr>
                      </w:pPr>
                      <w:r w:rsidRPr="006838BE">
                        <w:rPr>
                          <w:b/>
                        </w:rPr>
                        <w:t>LEVEL 1: AANLEIDING</w:t>
                      </w:r>
                    </w:p>
                    <w:p w:rsidR="00F87C26" w:rsidRPr="002A1106" w:rsidRDefault="00F87C26" w:rsidP="002A1106">
                      <w:pPr>
                        <w:pStyle w:val="Tekst"/>
                        <w:rPr>
                          <w:b/>
                        </w:rPr>
                      </w:pPr>
                      <w:r w:rsidRPr="006838BE">
                        <w:t>Een moment of oorzaak die ervoor zorgt dat je iets zou willen veranderen aan de manier waarop je het nieuws(i) op dit moment volgt en tot je neemt.</w:t>
                      </w:r>
                      <w:r>
                        <w:t xml:space="preserve"> </w:t>
                      </w:r>
                    </w:p>
                  </w:txbxContent>
                </v:textbox>
                <w10:wrap anchorx="margin"/>
              </v:shape>
            </w:pict>
          </mc:Fallback>
        </mc:AlternateContent>
      </w:r>
    </w:p>
    <w:p w:rsidR="002A1106" w:rsidRPr="006838BE" w:rsidRDefault="002A1106" w:rsidP="002A1106">
      <w:pPr>
        <w:pStyle w:val="Instructie3"/>
        <w:rPr>
          <w:rStyle w:val="Instructie3Char"/>
          <w:i/>
        </w:rPr>
      </w:pPr>
    </w:p>
    <w:p w:rsidR="002A1106" w:rsidRPr="006838BE" w:rsidRDefault="002A1106" w:rsidP="002A1106">
      <w:pPr>
        <w:pStyle w:val="Instructie3"/>
        <w:rPr>
          <w:rStyle w:val="Instructie3Char"/>
          <w:i/>
        </w:rPr>
      </w:pPr>
    </w:p>
    <w:p w:rsidR="002A1106" w:rsidRPr="006838BE" w:rsidRDefault="002A1106" w:rsidP="002A1106">
      <w:pPr>
        <w:pStyle w:val="Tekst"/>
      </w:pPr>
    </w:p>
    <w:p w:rsidR="002A1106" w:rsidRPr="006838BE" w:rsidRDefault="002A1106" w:rsidP="002A1106">
      <w:pPr>
        <w:pStyle w:val="Tekst"/>
      </w:pPr>
    </w:p>
    <w:p w:rsidR="002A1106" w:rsidRPr="006838BE" w:rsidRDefault="002A1106" w:rsidP="002A1106">
      <w:pPr>
        <w:pStyle w:val="Tekst"/>
      </w:pPr>
    </w:p>
    <w:p w:rsidR="006838BE" w:rsidRDefault="006838BE" w:rsidP="008714F3">
      <w:pPr>
        <w:pStyle w:val="Tekst"/>
        <w:rPr>
          <w:b/>
          <w:color w:val="808080" w:themeColor="background1" w:themeShade="80"/>
        </w:rPr>
      </w:pPr>
    </w:p>
    <w:p w:rsidR="008714F3" w:rsidRPr="006838BE" w:rsidRDefault="008714F3" w:rsidP="008714F3">
      <w:pPr>
        <w:pStyle w:val="Tekst"/>
        <w:rPr>
          <w:b/>
          <w:color w:val="808080" w:themeColor="background1" w:themeShade="80"/>
        </w:rPr>
      </w:pPr>
      <w:r w:rsidRPr="006838BE">
        <w:rPr>
          <w:b/>
          <w:color w:val="808080" w:themeColor="background1" w:themeShade="80"/>
        </w:rPr>
        <w:t>Thinking</w:t>
      </w:r>
    </w:p>
    <w:p w:rsidR="00392884" w:rsidRPr="006838BE" w:rsidRDefault="008714F3" w:rsidP="004A15E9">
      <w:pPr>
        <w:pStyle w:val="CVraagtekst"/>
        <w:rPr>
          <w:lang w:val="nl-NL"/>
        </w:rPr>
      </w:pPr>
      <w:r w:rsidRPr="006838BE">
        <w:rPr>
          <w:lang w:val="nl-NL"/>
        </w:rPr>
        <w:t>Q</w:t>
      </w:r>
      <w:r w:rsidR="00125756" w:rsidRPr="006838BE">
        <w:rPr>
          <w:lang w:val="nl-NL"/>
        </w:rPr>
        <w:t>1</w:t>
      </w:r>
      <w:r w:rsidR="00FF3DAE" w:rsidRPr="006838BE">
        <w:rPr>
          <w:lang w:val="nl-NL"/>
        </w:rPr>
        <w:t>b</w:t>
      </w:r>
      <w:r w:rsidR="00125756" w:rsidRPr="006838BE">
        <w:rPr>
          <w:lang w:val="nl-NL"/>
        </w:rPr>
        <w:t xml:space="preserve">. </w:t>
      </w:r>
      <w:r w:rsidR="00DE2479" w:rsidRPr="006838BE">
        <w:rPr>
          <w:b/>
          <w:lang w:val="nl-NL"/>
        </w:rPr>
        <w:t xml:space="preserve">Als je denkt aan het </w:t>
      </w:r>
      <w:r w:rsidR="00846A1D" w:rsidRPr="006838BE">
        <w:rPr>
          <w:b/>
          <w:lang w:val="nl-NL"/>
        </w:rPr>
        <w:t xml:space="preserve">volgen van </w:t>
      </w:r>
      <w:r w:rsidR="00B53B05" w:rsidRPr="006838BE">
        <w:rPr>
          <w:lang w:val="nl-NL"/>
        </w:rPr>
        <w:t>het nieuws(i)</w:t>
      </w:r>
      <w:r w:rsidR="00594F95" w:rsidRPr="006838BE">
        <w:rPr>
          <w:b/>
          <w:lang w:val="nl-NL"/>
        </w:rPr>
        <w:t xml:space="preserve">, welke van de volgende uitspraken </w:t>
      </w:r>
      <w:r w:rsidR="004A15E9" w:rsidRPr="006838BE">
        <w:rPr>
          <w:b/>
          <w:lang w:val="nl-NL"/>
        </w:rPr>
        <w:t>zij</w:t>
      </w:r>
      <w:r w:rsidR="006B06A8" w:rsidRPr="006838BE">
        <w:rPr>
          <w:b/>
          <w:lang w:val="nl-NL"/>
        </w:rPr>
        <w:t>n</w:t>
      </w:r>
      <w:r w:rsidR="00594F95" w:rsidRPr="006838BE">
        <w:rPr>
          <w:b/>
          <w:lang w:val="nl-NL"/>
        </w:rPr>
        <w:t xml:space="preserve"> dan</w:t>
      </w:r>
      <w:r w:rsidR="004A15E9" w:rsidRPr="006838BE">
        <w:rPr>
          <w:b/>
          <w:lang w:val="nl-NL"/>
        </w:rPr>
        <w:t xml:space="preserve"> op jou van toepassing?</w:t>
      </w:r>
    </w:p>
    <w:p w:rsidR="0051756F" w:rsidRPr="006838BE" w:rsidRDefault="0051756F" w:rsidP="0051756F">
      <w:pPr>
        <w:pStyle w:val="Tekst"/>
        <w:numPr>
          <w:ilvl w:val="0"/>
          <w:numId w:val="16"/>
        </w:numPr>
      </w:pPr>
      <w:r w:rsidRPr="006838BE">
        <w:t xml:space="preserve">Ik </w:t>
      </w:r>
      <w:r w:rsidR="00B9226B" w:rsidRPr="006838BE">
        <w:t xml:space="preserve">heb </w:t>
      </w:r>
      <w:r w:rsidRPr="006838BE">
        <w:t xml:space="preserve">te weinig tijd </w:t>
      </w:r>
      <w:r w:rsidR="00F279FD" w:rsidRPr="006838BE">
        <w:t xml:space="preserve">om </w:t>
      </w:r>
      <w:r w:rsidR="00571120" w:rsidRPr="006838BE">
        <w:t>het nieuws</w:t>
      </w:r>
      <w:r w:rsidR="00B53B05" w:rsidRPr="006838BE">
        <w:t xml:space="preserve"> </w:t>
      </w:r>
      <w:r w:rsidR="00F279FD" w:rsidRPr="006838BE">
        <w:t>te volgen</w:t>
      </w:r>
    </w:p>
    <w:p w:rsidR="00F279FD" w:rsidRPr="006838BE" w:rsidRDefault="00F279FD" w:rsidP="0051756F">
      <w:pPr>
        <w:pStyle w:val="Tekst"/>
        <w:numPr>
          <w:ilvl w:val="0"/>
          <w:numId w:val="16"/>
        </w:numPr>
      </w:pPr>
      <w:r w:rsidRPr="006838BE">
        <w:t>Ik zou willen dat</w:t>
      </w:r>
      <w:r w:rsidR="00B53B05" w:rsidRPr="006838BE">
        <w:t xml:space="preserve"> </w:t>
      </w:r>
      <w:r w:rsidR="00571120" w:rsidRPr="006838BE">
        <w:t>het nieuws</w:t>
      </w:r>
      <w:r w:rsidR="00B53B05" w:rsidRPr="006838BE">
        <w:t xml:space="preserve"> </w:t>
      </w:r>
      <w:r w:rsidRPr="006838BE">
        <w:t>relevanter is</w:t>
      </w:r>
    </w:p>
    <w:p w:rsidR="00F279FD" w:rsidRPr="006838BE" w:rsidRDefault="00C679D6" w:rsidP="0051756F">
      <w:pPr>
        <w:pStyle w:val="Tekst"/>
        <w:numPr>
          <w:ilvl w:val="0"/>
          <w:numId w:val="16"/>
        </w:numPr>
      </w:pPr>
      <w:r w:rsidRPr="006838BE">
        <w:t>Ik mis diepgang</w:t>
      </w:r>
    </w:p>
    <w:p w:rsidR="00F279FD" w:rsidRPr="006838BE" w:rsidRDefault="00F279FD" w:rsidP="0051756F">
      <w:pPr>
        <w:pStyle w:val="Tekst"/>
        <w:numPr>
          <w:ilvl w:val="0"/>
          <w:numId w:val="16"/>
        </w:numPr>
      </w:pPr>
      <w:r w:rsidRPr="006838BE">
        <w:t xml:space="preserve">Ik zou graag een breder begrip willen </w:t>
      </w:r>
    </w:p>
    <w:p w:rsidR="00F279FD" w:rsidRPr="006838BE" w:rsidRDefault="00F279FD" w:rsidP="0051756F">
      <w:pPr>
        <w:pStyle w:val="Tekst"/>
        <w:numPr>
          <w:ilvl w:val="0"/>
          <w:numId w:val="16"/>
        </w:numPr>
      </w:pPr>
      <w:r w:rsidRPr="006838BE">
        <w:t xml:space="preserve">Ik zou willen dat het makkelijker was om </w:t>
      </w:r>
      <w:r w:rsidR="00B53B05" w:rsidRPr="006838BE">
        <w:t>het nieuw</w:t>
      </w:r>
      <w:r w:rsidR="00571120" w:rsidRPr="006838BE">
        <w:t>s</w:t>
      </w:r>
      <w:r w:rsidR="00B53B05" w:rsidRPr="006838BE">
        <w:t xml:space="preserve"> </w:t>
      </w:r>
      <w:r w:rsidRPr="006838BE">
        <w:t>tot me te kunnen nemen</w:t>
      </w:r>
    </w:p>
    <w:p w:rsidR="00F279FD" w:rsidRPr="006838BE" w:rsidRDefault="008735A7" w:rsidP="0051756F">
      <w:pPr>
        <w:pStyle w:val="Tekst"/>
        <w:numPr>
          <w:ilvl w:val="0"/>
          <w:numId w:val="16"/>
        </w:numPr>
      </w:pPr>
      <w:r w:rsidRPr="006838BE">
        <w:t>Ik vind advertenties storend</w:t>
      </w:r>
      <w:r w:rsidR="00F279FD" w:rsidRPr="006838BE">
        <w:t xml:space="preserve"> </w:t>
      </w:r>
    </w:p>
    <w:p w:rsidR="00C80E38" w:rsidRPr="006838BE" w:rsidRDefault="004A15E9" w:rsidP="00C80E38">
      <w:pPr>
        <w:pStyle w:val="Tekst"/>
        <w:numPr>
          <w:ilvl w:val="0"/>
          <w:numId w:val="16"/>
        </w:numPr>
      </w:pPr>
      <w:r w:rsidRPr="006838BE">
        <w:t xml:space="preserve">Ik vind dat </w:t>
      </w:r>
      <w:r w:rsidR="00571120" w:rsidRPr="006838BE">
        <w:t>het nieuws</w:t>
      </w:r>
      <w:r w:rsidR="00B53B05" w:rsidRPr="006838BE">
        <w:t xml:space="preserve"> </w:t>
      </w:r>
      <w:r w:rsidRPr="006838BE">
        <w:t>saai wordt gebrach</w:t>
      </w:r>
      <w:r w:rsidR="00C80E38" w:rsidRPr="006838BE">
        <w:t>t</w:t>
      </w:r>
    </w:p>
    <w:p w:rsidR="0051756F" w:rsidRPr="006838BE" w:rsidRDefault="0051756F" w:rsidP="008714F3">
      <w:pPr>
        <w:pStyle w:val="Tekst"/>
      </w:pPr>
    </w:p>
    <w:p w:rsidR="008714F3" w:rsidRPr="006838BE" w:rsidRDefault="008714F3" w:rsidP="008714F3">
      <w:pPr>
        <w:pStyle w:val="Tekst"/>
        <w:rPr>
          <w:b/>
          <w:color w:val="808080" w:themeColor="background1" w:themeShade="80"/>
        </w:rPr>
      </w:pPr>
      <w:r w:rsidRPr="006838BE">
        <w:rPr>
          <w:b/>
          <w:color w:val="808080" w:themeColor="background1" w:themeShade="80"/>
        </w:rPr>
        <w:t>Feeling</w:t>
      </w:r>
    </w:p>
    <w:p w:rsidR="0004329D" w:rsidRPr="006838BE" w:rsidRDefault="0004329D" w:rsidP="0004329D">
      <w:pPr>
        <w:pStyle w:val="CVraagtekst"/>
        <w:rPr>
          <w:b/>
          <w:lang w:val="nl-NL"/>
        </w:rPr>
      </w:pPr>
      <w:r w:rsidRPr="006838BE">
        <w:rPr>
          <w:lang w:val="nl-NL"/>
        </w:rPr>
        <w:t xml:space="preserve">Q2. </w:t>
      </w:r>
      <w:r w:rsidR="00A61EF3" w:rsidRPr="006838BE">
        <w:rPr>
          <w:lang w:val="nl-NL"/>
        </w:rPr>
        <w:t xml:space="preserve">Bij de vorige vraag heb je (onder andere) </w:t>
      </w:r>
      <w:r w:rsidR="00C679D6" w:rsidRPr="006838BE">
        <w:rPr>
          <w:lang w:val="nl-NL"/>
        </w:rPr>
        <w:t xml:space="preserve">aangegeven dat </w:t>
      </w:r>
      <w:r w:rsidR="00CE38E8" w:rsidRPr="006838BE">
        <w:rPr>
          <w:lang w:val="nl-NL"/>
        </w:rPr>
        <w:t xml:space="preserve">je </w:t>
      </w:r>
      <w:r w:rsidR="00CE38E8" w:rsidRPr="006838BE">
        <w:rPr>
          <w:i/>
          <w:lang w:val="nl-NL"/>
        </w:rPr>
        <w:t>&lt; antw. Q1 &gt;</w:t>
      </w:r>
      <w:r w:rsidR="00CE38E8" w:rsidRPr="006838BE">
        <w:rPr>
          <w:lang w:val="nl-NL"/>
        </w:rPr>
        <w:t xml:space="preserve">, als het gaat om het volgen van </w:t>
      </w:r>
      <w:r w:rsidR="00B53B05" w:rsidRPr="006838BE">
        <w:rPr>
          <w:lang w:val="nl-NL"/>
        </w:rPr>
        <w:t>het nieuws(i)</w:t>
      </w:r>
      <w:r w:rsidR="00CE38E8" w:rsidRPr="006838BE">
        <w:rPr>
          <w:lang w:val="nl-NL"/>
        </w:rPr>
        <w:t>.</w:t>
      </w:r>
      <w:r w:rsidR="004A15E9" w:rsidRPr="006838BE">
        <w:rPr>
          <w:lang w:val="nl-NL"/>
        </w:rPr>
        <w:t xml:space="preserve"> </w:t>
      </w:r>
      <w:r w:rsidR="00392884" w:rsidRPr="006838BE">
        <w:rPr>
          <w:lang w:val="nl-NL"/>
        </w:rPr>
        <w:br/>
      </w:r>
      <w:r w:rsidR="00392884" w:rsidRPr="006838BE">
        <w:rPr>
          <w:b/>
          <w:lang w:val="nl-NL"/>
        </w:rPr>
        <w:t xml:space="preserve">Welke van onderstaande </w:t>
      </w:r>
      <w:r w:rsidR="00C679D6" w:rsidRPr="006838BE">
        <w:rPr>
          <w:b/>
          <w:lang w:val="nl-NL"/>
        </w:rPr>
        <w:t xml:space="preserve">omschrijvingen </w:t>
      </w:r>
      <w:r w:rsidR="008735A7" w:rsidRPr="006838BE">
        <w:rPr>
          <w:b/>
          <w:lang w:val="nl-NL"/>
        </w:rPr>
        <w:t xml:space="preserve">geeft </w:t>
      </w:r>
      <w:r w:rsidR="008735A7" w:rsidRPr="006838BE">
        <w:rPr>
          <w:b/>
          <w:u w:val="single"/>
          <w:lang w:val="nl-NL"/>
        </w:rPr>
        <w:t>het beste</w:t>
      </w:r>
      <w:r w:rsidR="008735A7" w:rsidRPr="006838BE">
        <w:rPr>
          <w:b/>
          <w:lang w:val="nl-NL"/>
        </w:rPr>
        <w:t xml:space="preserve"> jouw gevoel </w:t>
      </w:r>
      <w:r w:rsidR="006404EF" w:rsidRPr="006838BE">
        <w:rPr>
          <w:b/>
          <w:lang w:val="nl-NL"/>
        </w:rPr>
        <w:t xml:space="preserve">hierbij </w:t>
      </w:r>
      <w:r w:rsidR="008735A7" w:rsidRPr="006838BE">
        <w:rPr>
          <w:b/>
          <w:lang w:val="nl-NL"/>
        </w:rPr>
        <w:t>weer</w:t>
      </w:r>
      <w:r w:rsidR="00392884" w:rsidRPr="006838BE">
        <w:rPr>
          <w:b/>
          <w:lang w:val="nl-NL"/>
        </w:rPr>
        <w:t>?</w:t>
      </w:r>
    </w:p>
    <w:p w:rsidR="00F279FD" w:rsidRPr="006838BE" w:rsidRDefault="008735A7" w:rsidP="0004329D">
      <w:pPr>
        <w:pStyle w:val="DAntwoord"/>
      </w:pPr>
      <w:r w:rsidRPr="006838BE">
        <w:t xml:space="preserve">Ik </w:t>
      </w:r>
      <w:r w:rsidR="003A4317" w:rsidRPr="006838BE">
        <w:t xml:space="preserve">voel </w:t>
      </w:r>
      <w:r w:rsidRPr="006838BE">
        <w:t>me opgejaagd</w:t>
      </w:r>
      <w:r w:rsidR="0043561F" w:rsidRPr="006838BE">
        <w:t xml:space="preserve"> </w:t>
      </w:r>
    </w:p>
    <w:p w:rsidR="00F279FD" w:rsidRPr="006838BE" w:rsidRDefault="008735A7" w:rsidP="00F279FD">
      <w:pPr>
        <w:pStyle w:val="DAntwoord"/>
      </w:pPr>
      <w:r w:rsidRPr="006838BE">
        <w:t xml:space="preserve">Ik </w:t>
      </w:r>
      <w:r w:rsidR="003A4317" w:rsidRPr="006838BE">
        <w:t xml:space="preserve">voel </w:t>
      </w:r>
      <w:r w:rsidRPr="006838BE">
        <w:t>me gestrest</w:t>
      </w:r>
      <w:r w:rsidR="0043561F" w:rsidRPr="006838BE">
        <w:t xml:space="preserve"> </w:t>
      </w:r>
    </w:p>
    <w:p w:rsidR="0004329D" w:rsidRPr="006838BE" w:rsidRDefault="008735A7" w:rsidP="0004329D">
      <w:pPr>
        <w:pStyle w:val="DAntwoord"/>
      </w:pPr>
      <w:r w:rsidRPr="006838BE">
        <w:t xml:space="preserve">Ik </w:t>
      </w:r>
      <w:r w:rsidR="003A4317" w:rsidRPr="006838BE">
        <w:t xml:space="preserve">voel </w:t>
      </w:r>
      <w:r w:rsidRPr="006838BE">
        <w:t>me onzeker</w:t>
      </w:r>
      <w:r w:rsidR="0043561F" w:rsidRPr="006838BE">
        <w:t xml:space="preserve"> </w:t>
      </w:r>
    </w:p>
    <w:p w:rsidR="0004329D" w:rsidRPr="006838BE" w:rsidRDefault="008735A7" w:rsidP="0004329D">
      <w:pPr>
        <w:pStyle w:val="DAntwoord"/>
      </w:pPr>
      <w:r w:rsidRPr="006838BE">
        <w:t xml:space="preserve">Ik </w:t>
      </w:r>
      <w:r w:rsidR="00594F95" w:rsidRPr="006838BE">
        <w:t>voel me gefrustreerd</w:t>
      </w:r>
      <w:r w:rsidR="0043561F" w:rsidRPr="006838BE">
        <w:t xml:space="preserve"> </w:t>
      </w:r>
    </w:p>
    <w:p w:rsidR="00392884" w:rsidRPr="006838BE" w:rsidRDefault="008735A7" w:rsidP="0004329D">
      <w:pPr>
        <w:pStyle w:val="DAntwoord"/>
      </w:pPr>
      <w:r w:rsidRPr="006838BE">
        <w:t xml:space="preserve">Ik </w:t>
      </w:r>
      <w:r w:rsidR="00594F95" w:rsidRPr="006838BE">
        <w:t>voel me geïrriteerd</w:t>
      </w:r>
      <w:r w:rsidR="0043561F" w:rsidRPr="006838BE">
        <w:t xml:space="preserve"> </w:t>
      </w:r>
    </w:p>
    <w:p w:rsidR="00392884" w:rsidRPr="006838BE" w:rsidRDefault="008735A7" w:rsidP="00B863D9">
      <w:pPr>
        <w:pStyle w:val="DAntwoord"/>
      </w:pPr>
      <w:r w:rsidRPr="006838BE">
        <w:t>Ik</w:t>
      </w:r>
      <w:r w:rsidR="003A4317" w:rsidRPr="006838BE">
        <w:t xml:space="preserve"> voel</w:t>
      </w:r>
      <w:r w:rsidRPr="006838BE">
        <w:t xml:space="preserve"> me schuldig</w:t>
      </w:r>
      <w:r w:rsidR="0043561F" w:rsidRPr="006838BE">
        <w:t xml:space="preserve">  </w:t>
      </w:r>
    </w:p>
    <w:p w:rsidR="00C679D6" w:rsidRPr="006838BE" w:rsidRDefault="008735A7" w:rsidP="0004329D">
      <w:pPr>
        <w:pStyle w:val="DAntwoord"/>
      </w:pPr>
      <w:r w:rsidRPr="006838BE">
        <w:t xml:space="preserve">Ik </w:t>
      </w:r>
      <w:r w:rsidR="00594F95" w:rsidRPr="006838BE">
        <w:t xml:space="preserve">heb het gevoel dat ik </w:t>
      </w:r>
      <w:r w:rsidRPr="006838BE">
        <w:t>teveel</w:t>
      </w:r>
      <w:r w:rsidR="00C679D6" w:rsidRPr="006838BE">
        <w:t xml:space="preserve"> in mijn eigen bubbel</w:t>
      </w:r>
      <w:r w:rsidR="00594F95" w:rsidRPr="006838BE">
        <w:t xml:space="preserve"> zit </w:t>
      </w:r>
    </w:p>
    <w:p w:rsidR="00C679D6" w:rsidRPr="006838BE" w:rsidRDefault="00C679D6" w:rsidP="0004329D">
      <w:pPr>
        <w:pStyle w:val="DAntwoord"/>
      </w:pPr>
      <w:r w:rsidRPr="006838BE">
        <w:t xml:space="preserve">Ik </w:t>
      </w:r>
      <w:r w:rsidR="00594F95" w:rsidRPr="006838BE">
        <w:t>heb het gevoel dat ik</w:t>
      </w:r>
      <w:r w:rsidR="003A4317" w:rsidRPr="006838BE">
        <w:t xml:space="preserve"> </w:t>
      </w:r>
      <w:r w:rsidRPr="006838BE">
        <w:t>te weinig</w:t>
      </w:r>
      <w:r w:rsidR="0043561F" w:rsidRPr="006838BE">
        <w:t xml:space="preserve"> </w:t>
      </w:r>
      <w:r w:rsidR="00594F95" w:rsidRPr="006838BE">
        <w:t>weet</w:t>
      </w:r>
    </w:p>
    <w:p w:rsidR="00C679D6" w:rsidRPr="006838BE" w:rsidRDefault="00594F95" w:rsidP="0004329D">
      <w:pPr>
        <w:pStyle w:val="DAntwoord"/>
      </w:pPr>
      <w:r w:rsidRPr="006838BE">
        <w:t>Ik heb het gevoel dat anderen meer weten</w:t>
      </w:r>
    </w:p>
    <w:p w:rsidR="006838BE" w:rsidRDefault="006838BE" w:rsidP="008714F3">
      <w:pPr>
        <w:pStyle w:val="Tekst"/>
        <w:rPr>
          <w:b/>
          <w:color w:val="808080" w:themeColor="background1" w:themeShade="80"/>
        </w:rPr>
      </w:pPr>
    </w:p>
    <w:p w:rsidR="008714F3" w:rsidRPr="006838BE" w:rsidRDefault="008714F3" w:rsidP="008714F3">
      <w:pPr>
        <w:pStyle w:val="Tekst"/>
        <w:rPr>
          <w:b/>
          <w:color w:val="808080" w:themeColor="background1" w:themeShade="80"/>
        </w:rPr>
      </w:pPr>
      <w:proofErr w:type="spellStart"/>
      <w:r w:rsidRPr="006838BE">
        <w:rPr>
          <w:b/>
          <w:color w:val="808080" w:themeColor="background1" w:themeShade="80"/>
        </w:rPr>
        <w:t>Experience</w:t>
      </w:r>
      <w:proofErr w:type="spellEnd"/>
    </w:p>
    <w:p w:rsidR="001A119E" w:rsidRPr="006838BE" w:rsidRDefault="0004329D" w:rsidP="0004329D">
      <w:pPr>
        <w:pStyle w:val="CVraagtekst"/>
        <w:rPr>
          <w:i/>
          <w:lang w:val="nl-NL"/>
        </w:rPr>
      </w:pPr>
      <w:r w:rsidRPr="006838BE">
        <w:rPr>
          <w:lang w:val="nl-NL"/>
        </w:rPr>
        <w:t>Q</w:t>
      </w:r>
      <w:r w:rsidR="00DD609F" w:rsidRPr="006838BE">
        <w:rPr>
          <w:lang w:val="nl-NL"/>
        </w:rPr>
        <w:t>3</w:t>
      </w:r>
      <w:r w:rsidRPr="006838BE">
        <w:rPr>
          <w:lang w:val="nl-NL"/>
        </w:rPr>
        <w:t>.</w:t>
      </w:r>
      <w:r w:rsidR="003A4317" w:rsidRPr="006838BE">
        <w:rPr>
          <w:lang w:val="nl-NL"/>
        </w:rPr>
        <w:t xml:space="preserve"> </w:t>
      </w:r>
      <w:r w:rsidR="00564D39" w:rsidRPr="006838BE">
        <w:rPr>
          <w:lang w:val="nl-NL"/>
        </w:rPr>
        <w:t>Je hebt aangegeven dat j</w:t>
      </w:r>
      <w:r w:rsidR="00B95063" w:rsidRPr="006838BE">
        <w:rPr>
          <w:lang w:val="nl-NL"/>
        </w:rPr>
        <w:t>e</w:t>
      </w:r>
      <w:r w:rsidR="006404EF" w:rsidRPr="006838BE">
        <w:rPr>
          <w:lang w:val="nl-NL"/>
        </w:rPr>
        <w:t xml:space="preserve"> &lt;antw. Q1</w:t>
      </w:r>
      <w:r w:rsidR="00B95063" w:rsidRPr="006838BE">
        <w:rPr>
          <w:lang w:val="nl-NL"/>
        </w:rPr>
        <w:t>&gt;</w:t>
      </w:r>
      <w:r w:rsidR="007B36F7" w:rsidRPr="006838BE">
        <w:rPr>
          <w:lang w:val="nl-NL"/>
        </w:rPr>
        <w:t xml:space="preserve"> en dat dit je &lt;antw. Q2&gt;</w:t>
      </w:r>
      <w:r w:rsidR="00564D39" w:rsidRPr="006838BE">
        <w:rPr>
          <w:lang w:val="nl-NL"/>
        </w:rPr>
        <w:t xml:space="preserve">. Kun je </w:t>
      </w:r>
      <w:r w:rsidR="007B36F7" w:rsidRPr="006838BE">
        <w:rPr>
          <w:lang w:val="nl-NL"/>
        </w:rPr>
        <w:t xml:space="preserve">ook </w:t>
      </w:r>
      <w:r w:rsidR="00564D39" w:rsidRPr="006838BE">
        <w:rPr>
          <w:lang w:val="nl-NL"/>
        </w:rPr>
        <w:t>aangeven wat dit</w:t>
      </w:r>
      <w:r w:rsidR="00B95063" w:rsidRPr="006838BE">
        <w:rPr>
          <w:lang w:val="nl-NL"/>
        </w:rPr>
        <w:t xml:space="preserve"> </w:t>
      </w:r>
      <w:r w:rsidR="003A4317" w:rsidRPr="006838BE">
        <w:rPr>
          <w:lang w:val="nl-NL"/>
        </w:rPr>
        <w:t>voor jou in</w:t>
      </w:r>
      <w:r w:rsidR="0043561F" w:rsidRPr="006838BE">
        <w:rPr>
          <w:lang w:val="nl-NL"/>
        </w:rPr>
        <w:t xml:space="preserve"> het dagelijks leven</w:t>
      </w:r>
      <w:r w:rsidR="007B36F7" w:rsidRPr="006838BE">
        <w:rPr>
          <w:lang w:val="nl-NL"/>
        </w:rPr>
        <w:t xml:space="preserve"> betekent</w:t>
      </w:r>
      <w:r w:rsidR="003A4317" w:rsidRPr="006838BE">
        <w:rPr>
          <w:lang w:val="nl-NL"/>
        </w:rPr>
        <w:t>?</w:t>
      </w:r>
      <w:r w:rsidR="001A119E" w:rsidRPr="006838BE">
        <w:rPr>
          <w:lang w:val="nl-NL"/>
        </w:rPr>
        <w:t xml:space="preserve"> </w:t>
      </w:r>
      <w:r w:rsidR="001A119E" w:rsidRPr="006838BE">
        <w:rPr>
          <w:i/>
          <w:lang w:val="nl-NL"/>
        </w:rPr>
        <w:t>Kies de optie waarin je jezelf het meest herkent</w:t>
      </w:r>
    </w:p>
    <w:p w:rsidR="001A119E" w:rsidRPr="006838BE" w:rsidRDefault="001A119E" w:rsidP="0004329D">
      <w:pPr>
        <w:pStyle w:val="CVraagtekst"/>
        <w:rPr>
          <w:lang w:val="nl-NL"/>
        </w:rPr>
      </w:pPr>
    </w:p>
    <w:p w:rsidR="0004329D" w:rsidRPr="006838BE" w:rsidRDefault="00B53B05" w:rsidP="0004329D">
      <w:pPr>
        <w:pStyle w:val="CVraagtekst"/>
        <w:rPr>
          <w:lang w:val="nl-NL"/>
        </w:rPr>
      </w:pPr>
      <w:r w:rsidRPr="006838BE">
        <w:rPr>
          <w:lang w:val="nl-NL"/>
        </w:rPr>
        <w:t>Bij het volgen van het nieuws(i)</w:t>
      </w:r>
      <w:r w:rsidR="003A4317" w:rsidRPr="006838BE">
        <w:rPr>
          <w:lang w:val="nl-NL"/>
        </w:rPr>
        <w:t xml:space="preserve"> </w:t>
      </w:r>
      <w:r w:rsidR="003A4317" w:rsidRPr="006838BE">
        <w:rPr>
          <w:u w:val="single"/>
          <w:lang w:val="nl-NL"/>
        </w:rPr>
        <w:t>ervaar</w:t>
      </w:r>
      <w:r w:rsidRPr="006838BE">
        <w:rPr>
          <w:u w:val="single"/>
          <w:lang w:val="nl-NL"/>
        </w:rPr>
        <w:t xml:space="preserve"> ik</w:t>
      </w:r>
      <w:r w:rsidR="003A4317" w:rsidRPr="006838BE">
        <w:rPr>
          <w:u w:val="single"/>
          <w:lang w:val="nl-NL"/>
        </w:rPr>
        <w:t xml:space="preserve"> </w:t>
      </w:r>
      <w:r w:rsidR="00076ECB" w:rsidRPr="006838BE">
        <w:rPr>
          <w:u w:val="single"/>
          <w:lang w:val="nl-NL"/>
        </w:rPr>
        <w:t>het meest</w:t>
      </w:r>
      <w:r w:rsidR="00C679D6" w:rsidRPr="006838BE">
        <w:rPr>
          <w:u w:val="single"/>
          <w:lang w:val="nl-NL"/>
        </w:rPr>
        <w:t xml:space="preserve"> dat</w:t>
      </w:r>
      <w:r w:rsidR="00C679D6" w:rsidRPr="006838BE">
        <w:rPr>
          <w:lang w:val="nl-NL"/>
        </w:rPr>
        <w:t xml:space="preserve"> … </w:t>
      </w:r>
    </w:p>
    <w:p w:rsidR="0004329D" w:rsidRPr="006838BE" w:rsidRDefault="00C679D6" w:rsidP="0004329D">
      <w:pPr>
        <w:pStyle w:val="DAntwoord"/>
      </w:pPr>
      <w:r w:rsidRPr="006838BE">
        <w:t>Ik niet kan meepraten</w:t>
      </w:r>
    </w:p>
    <w:p w:rsidR="00C679D6" w:rsidRPr="006838BE" w:rsidRDefault="00C679D6" w:rsidP="0004329D">
      <w:pPr>
        <w:pStyle w:val="DAntwoord"/>
      </w:pPr>
      <w:r w:rsidRPr="006838BE">
        <w:t>Ik het niet begrijp</w:t>
      </w:r>
    </w:p>
    <w:p w:rsidR="00C679D6" w:rsidRPr="006838BE" w:rsidRDefault="00C679D6" w:rsidP="0004329D">
      <w:pPr>
        <w:pStyle w:val="DAntwoord"/>
      </w:pPr>
      <w:r w:rsidRPr="006838BE">
        <w:t>Ik geen toegang heb tot wat ik zoek</w:t>
      </w:r>
    </w:p>
    <w:p w:rsidR="00C679D6" w:rsidRPr="006838BE" w:rsidRDefault="00C679D6" w:rsidP="0004329D">
      <w:pPr>
        <w:pStyle w:val="DAntwoord"/>
      </w:pPr>
      <w:r w:rsidRPr="006838BE">
        <w:t>Ik niet kan vinden wat ik zoek</w:t>
      </w:r>
    </w:p>
    <w:p w:rsidR="00C679D6" w:rsidRPr="006838BE" w:rsidRDefault="00C679D6" w:rsidP="0004329D">
      <w:pPr>
        <w:pStyle w:val="DAntwoord"/>
      </w:pPr>
      <w:r w:rsidRPr="006838BE">
        <w:t>Ik teveel van hetzelfde hoor</w:t>
      </w:r>
    </w:p>
    <w:p w:rsidR="00C679D6" w:rsidRPr="006838BE" w:rsidRDefault="00C679D6" w:rsidP="0004329D">
      <w:pPr>
        <w:pStyle w:val="DAntwoord"/>
      </w:pPr>
      <w:r w:rsidRPr="006838BE">
        <w:t>Ik teveel tijd kwijt ben</w:t>
      </w:r>
    </w:p>
    <w:p w:rsidR="0004329D" w:rsidRPr="006838BE" w:rsidRDefault="00594F95" w:rsidP="000A2477">
      <w:pPr>
        <w:pStyle w:val="DAntwoord"/>
      </w:pPr>
      <w:r w:rsidRPr="006838BE">
        <w:t>Ik de informatie niet relevant vind</w:t>
      </w:r>
    </w:p>
    <w:p w:rsidR="008735A7" w:rsidRPr="006838BE" w:rsidRDefault="008735A7" w:rsidP="000A2477">
      <w:pPr>
        <w:pStyle w:val="DAntwoord"/>
      </w:pPr>
      <w:r w:rsidRPr="006838BE">
        <w:t>Ik afhaak</w:t>
      </w:r>
    </w:p>
    <w:p w:rsidR="003A7BF3" w:rsidRPr="006838BE" w:rsidRDefault="003A7BF3" w:rsidP="000A2477">
      <w:pPr>
        <w:pStyle w:val="DAntwoord"/>
      </w:pPr>
      <w:r w:rsidRPr="006838BE">
        <w:t>Ik achter</w:t>
      </w:r>
      <w:r w:rsidR="001A119E" w:rsidRPr="006838BE">
        <w:t xml:space="preserve"> </w:t>
      </w:r>
      <w:r w:rsidRPr="006838BE">
        <w:t>loop</w:t>
      </w:r>
    </w:p>
    <w:p w:rsidR="006838BE" w:rsidRDefault="006838BE" w:rsidP="008714F3">
      <w:pPr>
        <w:pStyle w:val="Tekst"/>
        <w:rPr>
          <w:b/>
          <w:color w:val="808080" w:themeColor="background1" w:themeShade="80"/>
        </w:rPr>
      </w:pPr>
    </w:p>
    <w:p w:rsidR="006838BE" w:rsidRPr="006838BE" w:rsidRDefault="008714F3" w:rsidP="008714F3">
      <w:pPr>
        <w:pStyle w:val="Tekst"/>
        <w:rPr>
          <w:b/>
          <w:color w:val="808080" w:themeColor="background1" w:themeShade="80"/>
        </w:rPr>
      </w:pPr>
      <w:proofErr w:type="spellStart"/>
      <w:r w:rsidRPr="006838BE">
        <w:rPr>
          <w:b/>
          <w:color w:val="808080" w:themeColor="background1" w:themeShade="80"/>
        </w:rPr>
        <w:lastRenderedPageBreak/>
        <w:t>Consideration</w:t>
      </w:r>
      <w:proofErr w:type="spellEnd"/>
      <w:r w:rsidRPr="006838BE">
        <w:rPr>
          <w:b/>
          <w:color w:val="808080" w:themeColor="background1" w:themeShade="80"/>
        </w:rPr>
        <w:t xml:space="preserve"> </w:t>
      </w:r>
    </w:p>
    <w:p w:rsidR="0004329D" w:rsidRPr="006838BE" w:rsidRDefault="0004329D" w:rsidP="0004329D">
      <w:pPr>
        <w:pStyle w:val="CVraagtekst"/>
        <w:rPr>
          <w:lang w:val="nl-NL"/>
        </w:rPr>
      </w:pPr>
      <w:r w:rsidRPr="006838BE">
        <w:rPr>
          <w:lang w:val="nl-NL"/>
        </w:rPr>
        <w:t>Q</w:t>
      </w:r>
      <w:r w:rsidR="00E41A3D" w:rsidRPr="006838BE">
        <w:rPr>
          <w:lang w:val="nl-NL"/>
        </w:rPr>
        <w:t>4</w:t>
      </w:r>
      <w:r w:rsidRPr="006838BE">
        <w:rPr>
          <w:lang w:val="nl-NL"/>
        </w:rPr>
        <w:t xml:space="preserve">. </w:t>
      </w:r>
      <w:r w:rsidR="0043561F" w:rsidRPr="006838BE">
        <w:rPr>
          <w:lang w:val="nl-NL"/>
        </w:rPr>
        <w:t xml:space="preserve">Omdat </w:t>
      </w:r>
      <w:r w:rsidR="00594F95" w:rsidRPr="006838BE">
        <w:rPr>
          <w:lang w:val="nl-NL"/>
        </w:rPr>
        <w:t xml:space="preserve">ik </w:t>
      </w:r>
      <w:r w:rsidR="00CD5320" w:rsidRPr="006838BE">
        <w:rPr>
          <w:lang w:val="nl-NL"/>
        </w:rPr>
        <w:t>(</w:t>
      </w:r>
      <w:r w:rsidR="00076ECB" w:rsidRPr="006838BE">
        <w:rPr>
          <w:lang w:val="nl-NL"/>
        </w:rPr>
        <w:t>het meest</w:t>
      </w:r>
      <w:r w:rsidR="00CD5320" w:rsidRPr="006838BE">
        <w:rPr>
          <w:lang w:val="nl-NL"/>
        </w:rPr>
        <w:t>)</w:t>
      </w:r>
      <w:r w:rsidR="00594F95" w:rsidRPr="006838BE">
        <w:rPr>
          <w:lang w:val="nl-NL"/>
        </w:rPr>
        <w:t xml:space="preserve"> ervaar dat </w:t>
      </w:r>
      <w:r w:rsidR="0043561F" w:rsidRPr="006838BE">
        <w:rPr>
          <w:i/>
          <w:lang w:val="nl-NL"/>
        </w:rPr>
        <w:t>&lt;antw</w:t>
      </w:r>
      <w:r w:rsidR="00B863D9" w:rsidRPr="006838BE">
        <w:rPr>
          <w:i/>
          <w:lang w:val="nl-NL"/>
        </w:rPr>
        <w:t>oord</w:t>
      </w:r>
      <w:r w:rsidR="0043561F" w:rsidRPr="006838BE">
        <w:rPr>
          <w:i/>
          <w:lang w:val="nl-NL"/>
        </w:rPr>
        <w:t xml:space="preserve"> Q3&gt;,</w:t>
      </w:r>
      <w:r w:rsidR="0043561F" w:rsidRPr="006838BE">
        <w:rPr>
          <w:lang w:val="nl-NL"/>
        </w:rPr>
        <w:t xml:space="preserve"> zou ik eigenlijk…</w:t>
      </w:r>
    </w:p>
    <w:p w:rsidR="0004329D" w:rsidRPr="006838BE" w:rsidRDefault="0043561F" w:rsidP="0004329D">
      <w:pPr>
        <w:pStyle w:val="DAntwoord"/>
      </w:pPr>
      <w:r w:rsidRPr="006838BE">
        <w:t>Een vast moment moeten vinden</w:t>
      </w:r>
    </w:p>
    <w:p w:rsidR="0043561F" w:rsidRPr="006838BE" w:rsidRDefault="0043561F" w:rsidP="0004329D">
      <w:pPr>
        <w:pStyle w:val="DAntwoord"/>
      </w:pPr>
      <w:r w:rsidRPr="006838BE">
        <w:t>Andere media moeten lezen</w:t>
      </w:r>
    </w:p>
    <w:p w:rsidR="0043561F" w:rsidRPr="006838BE" w:rsidRDefault="0043561F" w:rsidP="0004329D">
      <w:pPr>
        <w:pStyle w:val="DAntwoord"/>
      </w:pPr>
      <w:r w:rsidRPr="006838BE">
        <w:t>Meer tijd moeten vrijmaken</w:t>
      </w:r>
    </w:p>
    <w:p w:rsidR="0004329D" w:rsidRPr="006838BE" w:rsidRDefault="0043561F" w:rsidP="000A2477">
      <w:pPr>
        <w:pStyle w:val="DAntwoord"/>
      </w:pPr>
      <w:r w:rsidRPr="006838BE">
        <w:t>Moeten stoppen met het lezen en consumeren van media</w:t>
      </w:r>
    </w:p>
    <w:p w:rsidR="0043561F" w:rsidRPr="006838BE" w:rsidRDefault="0043561F" w:rsidP="000A2477">
      <w:pPr>
        <w:pStyle w:val="DAntwoord"/>
      </w:pPr>
      <w:r w:rsidRPr="006838BE">
        <w:t>Anders, namelijk:</w:t>
      </w:r>
    </w:p>
    <w:p w:rsidR="00F040D5" w:rsidRPr="006838BE" w:rsidRDefault="00F040D5" w:rsidP="00F040D5">
      <w:pPr>
        <w:pStyle w:val="DAntwoord"/>
        <w:numPr>
          <w:ilvl w:val="0"/>
          <w:numId w:val="0"/>
        </w:numPr>
        <w:ind w:left="720" w:hanging="360"/>
      </w:pPr>
    </w:p>
    <w:p w:rsidR="00B863D9" w:rsidRPr="006838BE" w:rsidRDefault="00B863D9" w:rsidP="00F040D5">
      <w:pPr>
        <w:pStyle w:val="DAntwoord"/>
        <w:numPr>
          <w:ilvl w:val="0"/>
          <w:numId w:val="0"/>
        </w:numPr>
        <w:ind w:left="720" w:hanging="360"/>
      </w:pPr>
    </w:p>
    <w:p w:rsidR="008714F3" w:rsidRPr="006838BE" w:rsidRDefault="0000124D" w:rsidP="008714F3">
      <w:pPr>
        <w:pStyle w:val="AHoofdstuk"/>
      </w:pPr>
      <w:r w:rsidRPr="006838BE">
        <w:t>B</w:t>
      </w:r>
      <w:r w:rsidR="00205E50" w:rsidRPr="006838BE">
        <w:t>EHOEFTEN</w:t>
      </w:r>
    </w:p>
    <w:p w:rsidR="003E7A49" w:rsidRPr="006838BE" w:rsidRDefault="00076ECB" w:rsidP="003E7A49">
      <w:pPr>
        <w:pStyle w:val="Tekst"/>
        <w:rPr>
          <w:b/>
        </w:rPr>
      </w:pPr>
      <w:r w:rsidRPr="006838BE">
        <w:rPr>
          <w:b/>
          <w:noProof/>
        </w:rPr>
        <mc:AlternateContent>
          <mc:Choice Requires="wps">
            <w:drawing>
              <wp:anchor distT="0" distB="0" distL="114300" distR="114300" simplePos="0" relativeHeight="251666432" behindDoc="0" locked="0" layoutInCell="1" allowOverlap="1" wp14:anchorId="3E30BFD8" wp14:editId="6F3C93D0">
                <wp:simplePos x="0" y="0"/>
                <wp:positionH relativeFrom="margin">
                  <wp:align>left</wp:align>
                </wp:positionH>
                <wp:positionV relativeFrom="paragraph">
                  <wp:posOffset>167640</wp:posOffset>
                </wp:positionV>
                <wp:extent cx="5934075" cy="1066800"/>
                <wp:effectExtent l="0" t="0" r="28575" b="19050"/>
                <wp:wrapNone/>
                <wp:docPr id="15" name="Tekstvak 15"/>
                <wp:cNvGraphicFramePr/>
                <a:graphic xmlns:a="http://schemas.openxmlformats.org/drawingml/2006/main">
                  <a:graphicData uri="http://schemas.microsoft.com/office/word/2010/wordprocessingShape">
                    <wps:wsp>
                      <wps:cNvSpPr txBox="1"/>
                      <wps:spPr>
                        <a:xfrm>
                          <a:off x="0" y="0"/>
                          <a:ext cx="5934075" cy="1066800"/>
                        </a:xfrm>
                        <a:prstGeom prst="rect">
                          <a:avLst/>
                        </a:prstGeom>
                        <a:solidFill>
                          <a:schemeClr val="lt1"/>
                        </a:solidFill>
                        <a:ln w="6350">
                          <a:solidFill>
                            <a:prstClr val="black"/>
                          </a:solidFill>
                        </a:ln>
                      </wps:spPr>
                      <wps:txbx>
                        <w:txbxContent>
                          <w:p w:rsidR="00F87C26" w:rsidRPr="00B53B05" w:rsidRDefault="00F87C26" w:rsidP="00076ECB">
                            <w:pPr>
                              <w:pStyle w:val="Tekst"/>
                              <w:rPr>
                                <w:b/>
                              </w:rPr>
                            </w:pPr>
                            <w:r w:rsidRPr="00B53B05">
                              <w:rPr>
                                <w:b/>
                              </w:rPr>
                              <w:t>LEVEL 2 : BEHOEFTE</w:t>
                            </w:r>
                            <w:r w:rsidR="006838BE">
                              <w:rPr>
                                <w:b/>
                              </w:rPr>
                              <w:t>N</w:t>
                            </w:r>
                          </w:p>
                          <w:p w:rsidR="00F87C26" w:rsidRPr="00B53B05" w:rsidRDefault="00F87C26" w:rsidP="00076ECB">
                            <w:pPr>
                              <w:pStyle w:val="Tekst"/>
                              <w:rPr>
                                <w:b/>
                              </w:rPr>
                            </w:pPr>
                            <w:r w:rsidRPr="00B53B05">
                              <w:rPr>
                                <w:b/>
                              </w:rPr>
                              <w:t xml:space="preserve">De volgende stap is het in kaart brengen van je behoefte: Iets wat je nodig hebt of graag wilt hebben. </w:t>
                            </w:r>
                          </w:p>
                          <w:p w:rsidR="00F87C26" w:rsidRDefault="00F87C26" w:rsidP="00076ECB">
                            <w:pPr>
                              <w:pStyle w:val="Tekst"/>
                            </w:pPr>
                            <w:r w:rsidRPr="00B53B05">
                              <w:t>Stel, je hebt besloten om iets te veranderen aan de manier waarop je nieuws, actualiteiten en entertainment volgt. Wat zou je graag willen veranderen?</w:t>
                            </w:r>
                          </w:p>
                          <w:p w:rsidR="00F87C26" w:rsidRPr="002A1106" w:rsidRDefault="00F87C26" w:rsidP="00076ECB">
                            <w:pPr>
                              <w:pStyle w:val="Tekst"/>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30BFD8" id="Tekstvak 15" o:spid="_x0000_s1027" type="#_x0000_t202" style="position:absolute;margin-left:0;margin-top:13.2pt;width:467.25pt;height:84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" fillcolor="white [3201]" strokeweight=".5pt">
                <v:textbox>
                  <w:txbxContent>
                    <w:p w:rsidR="00F87C26" w:rsidRPr="00B53B05" w:rsidRDefault="00F87C26" w:rsidP="00076ECB">
                      <w:pPr>
                        <w:pStyle w:val="Tekst"/>
                        <w:rPr>
                          <w:b/>
                        </w:rPr>
                      </w:pPr>
                      <w:r w:rsidRPr="00B53B05">
                        <w:rPr>
                          <w:b/>
                        </w:rPr>
                        <w:t>LEVEL 2 : BEHOEFTE</w:t>
                      </w:r>
                      <w:r w:rsidR="006838BE">
                        <w:rPr>
                          <w:b/>
                        </w:rPr>
                        <w:t>N</w:t>
                      </w:r>
                    </w:p>
                    <w:p w:rsidR="00F87C26" w:rsidRPr="00B53B05" w:rsidRDefault="00F87C26" w:rsidP="00076ECB">
                      <w:pPr>
                        <w:pStyle w:val="Tekst"/>
                        <w:rPr>
                          <w:b/>
                        </w:rPr>
                      </w:pPr>
                      <w:r w:rsidRPr="00B53B05">
                        <w:rPr>
                          <w:b/>
                        </w:rPr>
                        <w:t xml:space="preserve">De volgende stap is het in kaart brengen van je behoefte: Iets wat je nodig hebt of graag wilt hebben. </w:t>
                      </w:r>
                    </w:p>
                    <w:p w:rsidR="00F87C26" w:rsidRDefault="00F87C26" w:rsidP="00076ECB">
                      <w:pPr>
                        <w:pStyle w:val="Tekst"/>
                      </w:pPr>
                      <w:r w:rsidRPr="00B53B05">
                        <w:t>Stel, je hebt besloten om iets te veranderen aan de manier waarop je nieuws, actualiteiten en entertainment volgt. Wat zou je graag willen veranderen?</w:t>
                      </w:r>
                    </w:p>
                    <w:p w:rsidR="00F87C26" w:rsidRPr="002A1106" w:rsidRDefault="00F87C26" w:rsidP="00076ECB">
                      <w:pPr>
                        <w:pStyle w:val="Tekst"/>
                        <w:rPr>
                          <w:b/>
                        </w:rPr>
                      </w:pPr>
                    </w:p>
                  </w:txbxContent>
                </v:textbox>
                <w10:wrap anchorx="margin"/>
              </v:shape>
            </w:pict>
          </mc:Fallback>
        </mc:AlternateContent>
      </w:r>
    </w:p>
    <w:p w:rsidR="00076ECB" w:rsidRPr="006838BE" w:rsidRDefault="00076ECB" w:rsidP="003E7A49">
      <w:pPr>
        <w:pStyle w:val="Tekst"/>
        <w:rPr>
          <w:b/>
        </w:rPr>
      </w:pPr>
    </w:p>
    <w:p w:rsidR="00076ECB" w:rsidRPr="006838BE" w:rsidRDefault="00076ECB" w:rsidP="003E7A49">
      <w:pPr>
        <w:pStyle w:val="Tekst"/>
        <w:rPr>
          <w:b/>
        </w:rPr>
      </w:pPr>
    </w:p>
    <w:p w:rsidR="00076ECB" w:rsidRPr="006838BE" w:rsidRDefault="00076ECB" w:rsidP="003E7A49">
      <w:pPr>
        <w:pStyle w:val="Tekst"/>
        <w:rPr>
          <w:b/>
        </w:rPr>
      </w:pPr>
    </w:p>
    <w:p w:rsidR="00076ECB" w:rsidRPr="006838BE" w:rsidRDefault="00076ECB" w:rsidP="003E7A49">
      <w:pPr>
        <w:pStyle w:val="Tekst"/>
        <w:rPr>
          <w:b/>
        </w:rPr>
      </w:pPr>
    </w:p>
    <w:p w:rsidR="00076ECB" w:rsidRPr="006838BE" w:rsidRDefault="00076ECB" w:rsidP="003E7A49">
      <w:pPr>
        <w:pStyle w:val="Tekst"/>
        <w:rPr>
          <w:b/>
        </w:rPr>
      </w:pPr>
    </w:p>
    <w:p w:rsidR="00076ECB" w:rsidRPr="006838BE" w:rsidRDefault="00076ECB" w:rsidP="003E7A49">
      <w:pPr>
        <w:pStyle w:val="Tekst"/>
        <w:rPr>
          <w:b/>
        </w:rPr>
      </w:pPr>
    </w:p>
    <w:p w:rsidR="004C352F" w:rsidRPr="006838BE" w:rsidRDefault="004C352F" w:rsidP="003E7A49">
      <w:pPr>
        <w:pStyle w:val="Tekst"/>
      </w:pPr>
    </w:p>
    <w:p w:rsidR="00A95FD9" w:rsidRPr="006838BE" w:rsidRDefault="00A95FD9" w:rsidP="00A95FD9">
      <w:pPr>
        <w:pStyle w:val="Tekst"/>
        <w:rPr>
          <w:b/>
          <w:color w:val="808080" w:themeColor="background1" w:themeShade="80"/>
        </w:rPr>
      </w:pPr>
      <w:r w:rsidRPr="006838BE">
        <w:rPr>
          <w:b/>
          <w:color w:val="808080" w:themeColor="background1" w:themeShade="80"/>
        </w:rPr>
        <w:t>Thinking</w:t>
      </w:r>
    </w:p>
    <w:p w:rsidR="0043561F" w:rsidRPr="006838BE" w:rsidRDefault="0043561F" w:rsidP="0043561F">
      <w:pPr>
        <w:pStyle w:val="CVraagtekst"/>
        <w:rPr>
          <w:lang w:val="nl-NL"/>
        </w:rPr>
      </w:pPr>
      <w:r w:rsidRPr="006838BE">
        <w:rPr>
          <w:lang w:val="nl-NL"/>
        </w:rPr>
        <w:t>Q5</w:t>
      </w:r>
      <w:r w:rsidR="003213DF" w:rsidRPr="006838BE">
        <w:rPr>
          <w:lang w:val="nl-NL"/>
        </w:rPr>
        <w:t>a</w:t>
      </w:r>
      <w:r w:rsidRPr="006838BE">
        <w:rPr>
          <w:lang w:val="nl-NL"/>
        </w:rPr>
        <w:t>.</w:t>
      </w:r>
      <w:r w:rsidR="008B3822" w:rsidRPr="006838BE">
        <w:rPr>
          <w:lang w:val="nl-NL"/>
        </w:rPr>
        <w:t xml:space="preserve"> </w:t>
      </w:r>
      <w:r w:rsidR="00076ECB" w:rsidRPr="006838BE">
        <w:rPr>
          <w:b/>
          <w:lang w:val="nl-NL"/>
        </w:rPr>
        <w:t>Wat zijn de belangrijkste behoeften die je hebt als het gaat om het volgen van nieuws, actualiteiten en entertainment</w:t>
      </w:r>
      <w:r w:rsidRPr="006838BE">
        <w:rPr>
          <w:b/>
          <w:lang w:val="nl-NL"/>
        </w:rPr>
        <w:t>?</w:t>
      </w:r>
      <w:r w:rsidR="006930F4" w:rsidRPr="006838BE">
        <w:rPr>
          <w:lang w:val="nl-NL"/>
        </w:rPr>
        <w:t xml:space="preserve"> </w:t>
      </w:r>
    </w:p>
    <w:p w:rsidR="008B3822" w:rsidRPr="006838BE" w:rsidRDefault="008B3822" w:rsidP="008B3822">
      <w:pPr>
        <w:pStyle w:val="Tekst"/>
        <w:rPr>
          <w:i/>
        </w:rPr>
      </w:pPr>
      <w:r w:rsidRPr="006838BE">
        <w:rPr>
          <w:i/>
        </w:rPr>
        <w:t>Meerdere antwoorden mogelijk</w:t>
      </w:r>
    </w:p>
    <w:p w:rsidR="00076ECB" w:rsidRPr="006838BE" w:rsidRDefault="00076ECB" w:rsidP="008B3822">
      <w:pPr>
        <w:pStyle w:val="Tekst"/>
        <w:rPr>
          <w:b/>
        </w:rPr>
      </w:pPr>
      <w:r w:rsidRPr="006838BE">
        <w:rPr>
          <w:b/>
        </w:rPr>
        <w:t>Ik heb de behoefte dat iemand…</w:t>
      </w:r>
    </w:p>
    <w:p w:rsidR="008B3822" w:rsidRPr="006838BE" w:rsidRDefault="008B3822" w:rsidP="008B3822">
      <w:pPr>
        <w:pStyle w:val="DAntwoord"/>
      </w:pPr>
      <w:r w:rsidRPr="006838BE">
        <w:t xml:space="preserve">Tijd voor mij </w:t>
      </w:r>
      <w:r w:rsidR="00076ECB" w:rsidRPr="006838BE">
        <w:t>reserveert</w:t>
      </w:r>
    </w:p>
    <w:p w:rsidR="008B3822" w:rsidRPr="006838BE" w:rsidRDefault="008B3822" w:rsidP="008B3822">
      <w:pPr>
        <w:pStyle w:val="DAntwoord"/>
      </w:pPr>
      <w:r w:rsidRPr="006838BE">
        <w:t>Een selectie</w:t>
      </w:r>
      <w:r w:rsidR="00571120" w:rsidRPr="006838BE">
        <w:t xml:space="preserve"> van het nieuws</w:t>
      </w:r>
      <w:r w:rsidRPr="006838BE">
        <w:t xml:space="preserve"> voor mij </w:t>
      </w:r>
      <w:r w:rsidR="00076ECB" w:rsidRPr="006838BE">
        <w:t>maakt</w:t>
      </w:r>
    </w:p>
    <w:p w:rsidR="008B3822" w:rsidRPr="006838BE" w:rsidRDefault="00571120" w:rsidP="008B3822">
      <w:pPr>
        <w:pStyle w:val="DAntwoord"/>
      </w:pPr>
      <w:r w:rsidRPr="006838BE">
        <w:t xml:space="preserve">Het nieuws </w:t>
      </w:r>
      <w:r w:rsidR="008B3822" w:rsidRPr="006838BE">
        <w:t xml:space="preserve">leuker voor mij </w:t>
      </w:r>
      <w:r w:rsidR="00076ECB" w:rsidRPr="006838BE">
        <w:t>maakt</w:t>
      </w:r>
    </w:p>
    <w:p w:rsidR="008B3822" w:rsidRPr="006838BE" w:rsidRDefault="008B3822" w:rsidP="008B3822">
      <w:pPr>
        <w:pStyle w:val="DAntwoord"/>
      </w:pPr>
      <w:r w:rsidRPr="006838BE">
        <w:t xml:space="preserve">Het </w:t>
      </w:r>
      <w:r w:rsidR="00571120" w:rsidRPr="006838BE">
        <w:t xml:space="preserve">nieuws </w:t>
      </w:r>
      <w:r w:rsidRPr="006838BE">
        <w:t xml:space="preserve">makkelijker voor mij </w:t>
      </w:r>
      <w:r w:rsidR="00076ECB" w:rsidRPr="006838BE">
        <w:t>maakt</w:t>
      </w:r>
    </w:p>
    <w:p w:rsidR="008B3822" w:rsidRPr="006838BE" w:rsidRDefault="008B3822" w:rsidP="008B3822">
      <w:pPr>
        <w:pStyle w:val="DAntwoord"/>
      </w:pPr>
      <w:r w:rsidRPr="006838BE">
        <w:t xml:space="preserve">Mij </w:t>
      </w:r>
      <w:r w:rsidR="00076ECB" w:rsidRPr="006838BE">
        <w:t>dwingt</w:t>
      </w:r>
      <w:r w:rsidRPr="006838BE">
        <w:t xml:space="preserve"> naar andere meningen te luisteren </w:t>
      </w:r>
    </w:p>
    <w:p w:rsidR="008B3822" w:rsidRPr="006838BE" w:rsidRDefault="008B3822" w:rsidP="008B3822">
      <w:pPr>
        <w:pStyle w:val="DAntwoord"/>
      </w:pPr>
      <w:r w:rsidRPr="006838BE">
        <w:t xml:space="preserve">Een variatie van </w:t>
      </w:r>
      <w:r w:rsidR="00571120" w:rsidRPr="006838BE">
        <w:t xml:space="preserve">het nieuws </w:t>
      </w:r>
      <w:r w:rsidRPr="006838BE">
        <w:t xml:space="preserve">voor mij </w:t>
      </w:r>
      <w:r w:rsidR="00076ECB" w:rsidRPr="006838BE">
        <w:t>samenstelt</w:t>
      </w:r>
    </w:p>
    <w:p w:rsidR="008B3822" w:rsidRPr="006838BE" w:rsidRDefault="008B3822" w:rsidP="008B3822">
      <w:pPr>
        <w:pStyle w:val="DAntwoord"/>
      </w:pPr>
      <w:r w:rsidRPr="006838BE">
        <w:t>Voor mij een samenvatting</w:t>
      </w:r>
      <w:r w:rsidR="00571120" w:rsidRPr="006838BE">
        <w:t xml:space="preserve"> van het nieuws</w:t>
      </w:r>
      <w:r w:rsidRPr="006838BE">
        <w:t xml:space="preserve"> </w:t>
      </w:r>
      <w:r w:rsidR="00076ECB" w:rsidRPr="006838BE">
        <w:t>maakt</w:t>
      </w:r>
    </w:p>
    <w:p w:rsidR="008B3822" w:rsidRPr="006838BE" w:rsidRDefault="008B3822" w:rsidP="008B3822">
      <w:pPr>
        <w:pStyle w:val="DAntwoord"/>
      </w:pPr>
      <w:r w:rsidRPr="006838BE">
        <w:t xml:space="preserve">Het </w:t>
      </w:r>
      <w:r w:rsidR="00571120" w:rsidRPr="006838BE">
        <w:t xml:space="preserve">nieuws </w:t>
      </w:r>
      <w:r w:rsidRPr="006838BE">
        <w:t xml:space="preserve">aan mij </w:t>
      </w:r>
      <w:r w:rsidR="00076ECB" w:rsidRPr="006838BE">
        <w:t>voorleest</w:t>
      </w:r>
    </w:p>
    <w:p w:rsidR="008B3822" w:rsidRPr="006838BE" w:rsidRDefault="008B3822" w:rsidP="008B3822">
      <w:pPr>
        <w:pStyle w:val="DAntwoord"/>
      </w:pPr>
      <w:r w:rsidRPr="006838BE">
        <w:t xml:space="preserve">Het verhaal achter het nieuws </w:t>
      </w:r>
      <w:r w:rsidR="00076ECB" w:rsidRPr="006838BE">
        <w:t>vertelt</w:t>
      </w:r>
    </w:p>
    <w:p w:rsidR="003213DF" w:rsidRPr="006838BE" w:rsidRDefault="008B3822" w:rsidP="00950078">
      <w:pPr>
        <w:pStyle w:val="DAntwoord"/>
      </w:pPr>
      <w:r w:rsidRPr="006838BE">
        <w:t xml:space="preserve">Mij op andere gedachten </w:t>
      </w:r>
      <w:r w:rsidR="00076ECB" w:rsidRPr="006838BE">
        <w:t>brengt</w:t>
      </w:r>
      <w:r w:rsidR="00E72DFB" w:rsidRPr="006838BE">
        <w:br/>
      </w:r>
    </w:p>
    <w:p w:rsidR="0043561F" w:rsidRPr="006838BE" w:rsidRDefault="0043561F" w:rsidP="0043561F">
      <w:pPr>
        <w:pStyle w:val="Tekst"/>
        <w:rPr>
          <w:b/>
          <w:color w:val="808080" w:themeColor="background1" w:themeShade="80"/>
        </w:rPr>
      </w:pPr>
      <w:r w:rsidRPr="006838BE">
        <w:rPr>
          <w:b/>
          <w:color w:val="808080" w:themeColor="background1" w:themeShade="80"/>
        </w:rPr>
        <w:t>Feeling</w:t>
      </w:r>
    </w:p>
    <w:p w:rsidR="00FC4665" w:rsidRPr="006838BE" w:rsidRDefault="00FC4665" w:rsidP="00FC4665">
      <w:pPr>
        <w:pStyle w:val="CVraagtekst"/>
        <w:rPr>
          <w:lang w:val="nl-NL"/>
        </w:rPr>
      </w:pPr>
      <w:r w:rsidRPr="006838BE">
        <w:rPr>
          <w:lang w:val="nl-NL"/>
        </w:rPr>
        <w:t xml:space="preserve">Q6. </w:t>
      </w:r>
      <w:r w:rsidRPr="006838BE">
        <w:rPr>
          <w:b/>
          <w:lang w:val="nl-NL"/>
        </w:rPr>
        <w:t xml:space="preserve">Wanneer </w:t>
      </w:r>
      <w:r w:rsidR="00076ECB" w:rsidRPr="006838BE">
        <w:rPr>
          <w:b/>
          <w:lang w:val="nl-NL"/>
        </w:rPr>
        <w:t xml:space="preserve">ik </w:t>
      </w:r>
      <w:r w:rsidR="00571120" w:rsidRPr="006838BE">
        <w:rPr>
          <w:b/>
          <w:lang w:val="nl-NL"/>
        </w:rPr>
        <w:t>het nieuws(i)</w:t>
      </w:r>
      <w:r w:rsidR="00571120" w:rsidRPr="006838BE">
        <w:rPr>
          <w:lang w:val="nl-NL"/>
        </w:rPr>
        <w:t xml:space="preserve"> </w:t>
      </w:r>
      <w:r w:rsidR="00076ECB" w:rsidRPr="006838BE">
        <w:rPr>
          <w:b/>
          <w:lang w:val="nl-NL"/>
        </w:rPr>
        <w:t xml:space="preserve">volg </w:t>
      </w:r>
      <w:r w:rsidRPr="006838BE">
        <w:rPr>
          <w:b/>
          <w:lang w:val="nl-NL"/>
        </w:rPr>
        <w:t xml:space="preserve">heb ik </w:t>
      </w:r>
      <w:r w:rsidRPr="006838BE">
        <w:rPr>
          <w:b/>
          <w:u w:val="single"/>
          <w:lang w:val="nl-NL"/>
        </w:rPr>
        <w:t xml:space="preserve">het </w:t>
      </w:r>
      <w:r w:rsidR="00076ECB" w:rsidRPr="006838BE">
        <w:rPr>
          <w:b/>
          <w:u w:val="single"/>
          <w:lang w:val="nl-NL"/>
        </w:rPr>
        <w:t xml:space="preserve">meest het </w:t>
      </w:r>
      <w:r w:rsidRPr="006838BE">
        <w:rPr>
          <w:b/>
          <w:u w:val="single"/>
          <w:lang w:val="nl-NL"/>
        </w:rPr>
        <w:t>gevoel</w:t>
      </w:r>
      <w:r w:rsidRPr="006838BE">
        <w:rPr>
          <w:b/>
          <w:lang w:val="nl-NL"/>
        </w:rPr>
        <w:t xml:space="preserve"> dat …</w:t>
      </w:r>
      <w:r w:rsidRPr="006838BE">
        <w:rPr>
          <w:lang w:val="nl-NL"/>
        </w:rPr>
        <w:t xml:space="preserve"> </w:t>
      </w:r>
    </w:p>
    <w:p w:rsidR="00A95FD9" w:rsidRPr="006838BE" w:rsidRDefault="00A95FD9" w:rsidP="00A95FD9">
      <w:pPr>
        <w:pStyle w:val="Tekst"/>
      </w:pPr>
      <w:r w:rsidRPr="006838BE">
        <w:t>(Kies het antwoord dat het beste jouw gevoel beschrijft)</w:t>
      </w:r>
    </w:p>
    <w:p w:rsidR="00FC4665" w:rsidRPr="006838BE" w:rsidRDefault="00FC4665" w:rsidP="00FC4665">
      <w:pPr>
        <w:pStyle w:val="DAntwoord"/>
      </w:pPr>
      <w:r w:rsidRPr="006838BE">
        <w:t xml:space="preserve">Ik liever lui ben dan </w:t>
      </w:r>
      <w:r w:rsidR="00E72DFB" w:rsidRPr="006838BE">
        <w:t>moe</w:t>
      </w:r>
    </w:p>
    <w:p w:rsidR="00FC4665" w:rsidRPr="006838BE" w:rsidRDefault="00FC4665" w:rsidP="00FC4665">
      <w:pPr>
        <w:pStyle w:val="DAntwoord"/>
      </w:pPr>
      <w:r w:rsidRPr="006838BE">
        <w:t>Anderen wel alles kunnen bijhouden en ik niet</w:t>
      </w:r>
    </w:p>
    <w:p w:rsidR="00FC4665" w:rsidRPr="006838BE" w:rsidRDefault="00FC4665" w:rsidP="00FC4665">
      <w:pPr>
        <w:pStyle w:val="DAntwoord"/>
      </w:pPr>
      <w:r w:rsidRPr="006838BE">
        <w:t>Ik een te eenzijdig beeld heb</w:t>
      </w:r>
    </w:p>
    <w:p w:rsidR="00FC4665" w:rsidRPr="006838BE" w:rsidRDefault="00FC4665" w:rsidP="00FC4665">
      <w:pPr>
        <w:pStyle w:val="DAntwoord"/>
      </w:pPr>
      <w:r w:rsidRPr="006838BE">
        <w:t>Ik niet kan vinden wat ik zoek</w:t>
      </w:r>
    </w:p>
    <w:p w:rsidR="00FC4665" w:rsidRPr="006838BE" w:rsidRDefault="00FC4665" w:rsidP="00FC4665">
      <w:pPr>
        <w:pStyle w:val="DAntwoord"/>
      </w:pPr>
      <w:r w:rsidRPr="006838BE">
        <w:t>Ik bang ben dat ik dingen mis</w:t>
      </w:r>
    </w:p>
    <w:p w:rsidR="00FC4665" w:rsidRPr="006838BE" w:rsidRDefault="00FC4665" w:rsidP="00FC4665">
      <w:pPr>
        <w:pStyle w:val="DAntwoord"/>
      </w:pPr>
      <w:r w:rsidRPr="006838BE">
        <w:t>Het te serieus wordt gebracht</w:t>
      </w:r>
    </w:p>
    <w:p w:rsidR="00FC4665" w:rsidRPr="006838BE" w:rsidRDefault="00FC4665" w:rsidP="00FC4665">
      <w:pPr>
        <w:pStyle w:val="DAntwoord"/>
      </w:pPr>
      <w:r w:rsidRPr="006838BE">
        <w:t>Ik niet uitgedaagd wordt</w:t>
      </w:r>
    </w:p>
    <w:p w:rsidR="00205E50" w:rsidRPr="006838BE" w:rsidRDefault="00FC4665" w:rsidP="0043561F">
      <w:pPr>
        <w:pStyle w:val="DAntwoord"/>
      </w:pPr>
      <w:r w:rsidRPr="006838BE">
        <w:t>Het mij aan tijd ontbreekt</w:t>
      </w:r>
    </w:p>
    <w:p w:rsidR="00E72DFB" w:rsidRDefault="00E72DFB" w:rsidP="00E72DFB">
      <w:pPr>
        <w:pStyle w:val="DAntwoord"/>
        <w:numPr>
          <w:ilvl w:val="0"/>
          <w:numId w:val="0"/>
        </w:numPr>
        <w:ind w:left="720"/>
      </w:pPr>
    </w:p>
    <w:p w:rsidR="006838BE" w:rsidRDefault="006838BE" w:rsidP="00E72DFB">
      <w:pPr>
        <w:pStyle w:val="DAntwoord"/>
        <w:numPr>
          <w:ilvl w:val="0"/>
          <w:numId w:val="0"/>
        </w:numPr>
        <w:ind w:left="720"/>
      </w:pPr>
    </w:p>
    <w:p w:rsidR="006838BE" w:rsidRPr="006838BE" w:rsidRDefault="006838BE" w:rsidP="00E72DFB">
      <w:pPr>
        <w:pStyle w:val="DAntwoord"/>
        <w:numPr>
          <w:ilvl w:val="0"/>
          <w:numId w:val="0"/>
        </w:numPr>
        <w:ind w:left="720"/>
      </w:pPr>
    </w:p>
    <w:p w:rsidR="0043561F" w:rsidRPr="006838BE" w:rsidRDefault="0043561F" w:rsidP="0043561F">
      <w:pPr>
        <w:pStyle w:val="Tekst"/>
        <w:rPr>
          <w:b/>
          <w:color w:val="808080" w:themeColor="background1" w:themeShade="80"/>
        </w:rPr>
      </w:pPr>
      <w:proofErr w:type="spellStart"/>
      <w:r w:rsidRPr="006838BE">
        <w:rPr>
          <w:b/>
          <w:color w:val="808080" w:themeColor="background1" w:themeShade="80"/>
        </w:rPr>
        <w:t>Experience</w:t>
      </w:r>
      <w:proofErr w:type="spellEnd"/>
    </w:p>
    <w:p w:rsidR="00FC4665" w:rsidRPr="006838BE" w:rsidRDefault="00FC4665" w:rsidP="00FC4665">
      <w:pPr>
        <w:pStyle w:val="CVraagtekst"/>
        <w:rPr>
          <w:lang w:val="nl-NL"/>
        </w:rPr>
      </w:pPr>
      <w:r w:rsidRPr="006838BE">
        <w:rPr>
          <w:lang w:val="nl-NL"/>
        </w:rPr>
        <w:lastRenderedPageBreak/>
        <w:t xml:space="preserve">Q7. Het gevoel dat &lt;antw. Q6&gt; </w:t>
      </w:r>
      <w:r w:rsidR="00A20A58" w:rsidRPr="006838BE">
        <w:rPr>
          <w:u w:val="single"/>
          <w:lang w:val="nl-NL"/>
        </w:rPr>
        <w:t>komt vooral doordat</w:t>
      </w:r>
      <w:r w:rsidRPr="006838BE">
        <w:rPr>
          <w:u w:val="single"/>
          <w:lang w:val="nl-NL"/>
        </w:rPr>
        <w:t xml:space="preserve"> </w:t>
      </w:r>
      <w:r w:rsidR="007B36F7" w:rsidRPr="006838BE">
        <w:rPr>
          <w:u w:val="single"/>
          <w:lang w:val="nl-NL"/>
        </w:rPr>
        <w:t xml:space="preserve">ik </w:t>
      </w:r>
      <w:r w:rsidRPr="006838BE">
        <w:rPr>
          <w:u w:val="single"/>
          <w:lang w:val="nl-NL"/>
        </w:rPr>
        <w:t>in het dagelijks leven</w:t>
      </w:r>
      <w:r w:rsidR="00AE2FC1" w:rsidRPr="006838BE">
        <w:rPr>
          <w:lang w:val="nl-NL"/>
        </w:rPr>
        <w:t>)</w:t>
      </w:r>
      <w:r w:rsidRPr="006838BE">
        <w:rPr>
          <w:lang w:val="nl-NL"/>
        </w:rPr>
        <w:t xml:space="preserve">…  </w:t>
      </w:r>
    </w:p>
    <w:p w:rsidR="00FC4665" w:rsidRPr="006838BE" w:rsidRDefault="00FC4665" w:rsidP="00FC4665">
      <w:pPr>
        <w:pStyle w:val="DAntwoord"/>
      </w:pPr>
      <w:r w:rsidRPr="006838BE">
        <w:t>minder informatie tot me neem dan ik zou willen</w:t>
      </w:r>
    </w:p>
    <w:p w:rsidR="00FC4665" w:rsidRPr="006838BE" w:rsidRDefault="007B36F7" w:rsidP="00FC4665">
      <w:pPr>
        <w:pStyle w:val="DAntwoord"/>
      </w:pPr>
      <w:r w:rsidRPr="006838BE">
        <w:t xml:space="preserve">moeite </w:t>
      </w:r>
      <w:r w:rsidR="00571120" w:rsidRPr="006838BE">
        <w:t xml:space="preserve">heb </w:t>
      </w:r>
      <w:r w:rsidR="00FC4665" w:rsidRPr="006838BE">
        <w:t xml:space="preserve">om </w:t>
      </w:r>
      <w:r w:rsidR="00571120" w:rsidRPr="006838BE">
        <w:t xml:space="preserve">het nieuws </w:t>
      </w:r>
      <w:r w:rsidR="00FC4665" w:rsidRPr="006838BE">
        <w:t>bij te houden</w:t>
      </w:r>
    </w:p>
    <w:p w:rsidR="00FC4665" w:rsidRPr="006838BE" w:rsidRDefault="00FC4665" w:rsidP="00FC4665">
      <w:pPr>
        <w:pStyle w:val="DAntwoord"/>
      </w:pPr>
      <w:r w:rsidRPr="006838BE">
        <w:t>vast zit in een media bubbel</w:t>
      </w:r>
    </w:p>
    <w:p w:rsidR="00FC4665" w:rsidRPr="006838BE" w:rsidRDefault="00B53B05" w:rsidP="00FC4665">
      <w:pPr>
        <w:pStyle w:val="DAntwoord"/>
      </w:pPr>
      <w:r w:rsidRPr="006838BE">
        <w:t>v</w:t>
      </w:r>
      <w:r w:rsidR="00FC4665" w:rsidRPr="006838BE">
        <w:t>eel hetzelfde</w:t>
      </w:r>
      <w:r w:rsidR="00571120" w:rsidRPr="006838BE">
        <w:t xml:space="preserve"> nieuws</w:t>
      </w:r>
      <w:r w:rsidR="00FC4665" w:rsidRPr="006838BE">
        <w:t xml:space="preserve"> lees</w:t>
      </w:r>
    </w:p>
    <w:p w:rsidR="00FC4665" w:rsidRPr="006838BE" w:rsidRDefault="00FC4665" w:rsidP="00FC4665">
      <w:pPr>
        <w:pStyle w:val="DAntwoord"/>
      </w:pPr>
      <w:r w:rsidRPr="006838BE">
        <w:t xml:space="preserve">het </w:t>
      </w:r>
      <w:r w:rsidR="00571120" w:rsidRPr="006838BE">
        <w:t xml:space="preserve">nieuws </w:t>
      </w:r>
      <w:r w:rsidRPr="006838BE">
        <w:t>saai vind</w:t>
      </w:r>
    </w:p>
    <w:p w:rsidR="00FC4665" w:rsidRPr="006838BE" w:rsidRDefault="00FC4665" w:rsidP="00FC4665">
      <w:pPr>
        <w:pStyle w:val="DAntwoord"/>
      </w:pPr>
      <w:r w:rsidRPr="006838BE">
        <w:t>geen toegang heb tot de juiste informatie</w:t>
      </w:r>
    </w:p>
    <w:p w:rsidR="00FC4665" w:rsidRPr="006838BE" w:rsidRDefault="00FC4665" w:rsidP="00FC4665">
      <w:pPr>
        <w:pStyle w:val="DAntwoord"/>
      </w:pPr>
      <w:r w:rsidRPr="006838BE">
        <w:t>belangrijke informatie mis</w:t>
      </w:r>
    </w:p>
    <w:p w:rsidR="00FC4665" w:rsidRPr="006838BE" w:rsidRDefault="00FC4665" w:rsidP="0043561F">
      <w:pPr>
        <w:pStyle w:val="Tekst"/>
        <w:rPr>
          <w:b/>
          <w:color w:val="808080" w:themeColor="background1" w:themeShade="80"/>
        </w:rPr>
      </w:pPr>
    </w:p>
    <w:p w:rsidR="0043561F" w:rsidRPr="006838BE" w:rsidRDefault="0043561F" w:rsidP="0043561F">
      <w:pPr>
        <w:pStyle w:val="Tekst"/>
        <w:rPr>
          <w:b/>
          <w:color w:val="808080" w:themeColor="background1" w:themeShade="80"/>
        </w:rPr>
      </w:pPr>
      <w:proofErr w:type="spellStart"/>
      <w:r w:rsidRPr="006838BE">
        <w:rPr>
          <w:b/>
          <w:color w:val="808080" w:themeColor="background1" w:themeShade="80"/>
        </w:rPr>
        <w:t>Consideration</w:t>
      </w:r>
      <w:proofErr w:type="spellEnd"/>
      <w:r w:rsidRPr="006838BE">
        <w:rPr>
          <w:b/>
          <w:color w:val="808080" w:themeColor="background1" w:themeShade="80"/>
        </w:rPr>
        <w:t xml:space="preserve"> </w:t>
      </w:r>
    </w:p>
    <w:p w:rsidR="00FC4665" w:rsidRPr="006838BE" w:rsidRDefault="00FC4665" w:rsidP="00FC4665">
      <w:pPr>
        <w:pStyle w:val="CVraagtekst"/>
        <w:rPr>
          <w:lang w:val="nl-NL"/>
        </w:rPr>
      </w:pPr>
      <w:r w:rsidRPr="006838BE">
        <w:rPr>
          <w:lang w:val="nl-NL"/>
        </w:rPr>
        <w:t xml:space="preserve">Q8. Omdat &lt;antw. Q7&gt;, zou ik eigenlijk…   </w:t>
      </w:r>
    </w:p>
    <w:p w:rsidR="00FC4665" w:rsidRPr="006838BE" w:rsidRDefault="00FC4665" w:rsidP="00FC4665">
      <w:pPr>
        <w:pStyle w:val="DAntwoord"/>
      </w:pPr>
      <w:r w:rsidRPr="006838BE">
        <w:t xml:space="preserve">Meer informatie tot me moeten </w:t>
      </w:r>
      <w:r w:rsidR="00B81A81" w:rsidRPr="006838BE">
        <w:t xml:space="preserve">kunnen </w:t>
      </w:r>
      <w:r w:rsidRPr="006838BE">
        <w:t>nemen in de beperkte tijd die ik heb</w:t>
      </w:r>
    </w:p>
    <w:p w:rsidR="00FC4665" w:rsidRPr="006838BE" w:rsidRDefault="00FC4665" w:rsidP="00FC4665">
      <w:pPr>
        <w:pStyle w:val="DAntwoord"/>
      </w:pPr>
      <w:r w:rsidRPr="006838BE">
        <w:t>Meer verschillende media moeten volgen</w:t>
      </w:r>
    </w:p>
    <w:p w:rsidR="00FC4665" w:rsidRPr="006838BE" w:rsidRDefault="00FC4665" w:rsidP="00FC4665">
      <w:pPr>
        <w:pStyle w:val="DAntwoord"/>
      </w:pPr>
      <w:r w:rsidRPr="006838BE">
        <w:t>Een</w:t>
      </w:r>
      <w:r w:rsidR="00076ECB" w:rsidRPr="006838BE">
        <w:t xml:space="preserve"> (digitale)</w:t>
      </w:r>
      <w:r w:rsidRPr="006838BE">
        <w:t xml:space="preserve"> leesmap moeten hebben</w:t>
      </w:r>
    </w:p>
    <w:p w:rsidR="00FC4665" w:rsidRPr="006838BE" w:rsidRDefault="00FC4665" w:rsidP="00FC4665">
      <w:pPr>
        <w:pStyle w:val="DAntwoord"/>
      </w:pPr>
      <w:r w:rsidRPr="006838BE">
        <w:t xml:space="preserve">Andere manieren moeten vinden </w:t>
      </w:r>
      <w:r w:rsidR="00A54162" w:rsidRPr="006838BE">
        <w:t xml:space="preserve">om </w:t>
      </w:r>
      <w:r w:rsidR="00607A5C" w:rsidRPr="006838BE">
        <w:t xml:space="preserve">alles </w:t>
      </w:r>
      <w:r w:rsidR="00A54162" w:rsidRPr="006838BE">
        <w:t>te volgen</w:t>
      </w:r>
    </w:p>
    <w:p w:rsidR="00FC4665" w:rsidRPr="006838BE" w:rsidRDefault="00FC4665" w:rsidP="00FC4665">
      <w:pPr>
        <w:pStyle w:val="DAntwoord"/>
      </w:pPr>
      <w:r w:rsidRPr="006838BE">
        <w:t xml:space="preserve">Anders, namelijk: … </w:t>
      </w:r>
    </w:p>
    <w:p w:rsidR="00FC4665" w:rsidRPr="006838BE" w:rsidRDefault="00FC4665" w:rsidP="008714F3">
      <w:pPr>
        <w:pStyle w:val="Tekst"/>
      </w:pPr>
    </w:p>
    <w:p w:rsidR="008714F3" w:rsidRPr="006838BE" w:rsidRDefault="00D51892" w:rsidP="008714F3">
      <w:pPr>
        <w:pStyle w:val="AHoofdstuk"/>
      </w:pPr>
      <w:r w:rsidRPr="006838BE">
        <w:t>ORIËNTATIE</w:t>
      </w:r>
    </w:p>
    <w:p w:rsidR="006253FA" w:rsidRPr="006838BE" w:rsidRDefault="006253FA" w:rsidP="006253FA">
      <w:pPr>
        <w:pStyle w:val="Tekst"/>
        <w:rPr>
          <w:b/>
        </w:rPr>
      </w:pPr>
    </w:p>
    <w:p w:rsidR="00601599" w:rsidRPr="006838BE" w:rsidRDefault="00601599" w:rsidP="006253FA">
      <w:pPr>
        <w:pStyle w:val="Tekst"/>
        <w:rPr>
          <w:b/>
        </w:rPr>
      </w:pPr>
      <w:r w:rsidRPr="006838BE">
        <w:rPr>
          <w:b/>
          <w:noProof/>
        </w:rPr>
        <mc:AlternateContent>
          <mc:Choice Requires="wps">
            <w:drawing>
              <wp:anchor distT="0" distB="0" distL="114300" distR="114300" simplePos="0" relativeHeight="251668480" behindDoc="0" locked="0" layoutInCell="1" allowOverlap="1" wp14:anchorId="1F515F94" wp14:editId="0FCC7421">
                <wp:simplePos x="0" y="0"/>
                <wp:positionH relativeFrom="margin">
                  <wp:align>right</wp:align>
                </wp:positionH>
                <wp:positionV relativeFrom="paragraph">
                  <wp:posOffset>8890</wp:posOffset>
                </wp:positionV>
                <wp:extent cx="5934075" cy="1066800"/>
                <wp:effectExtent l="0" t="0" r="28575" b="19050"/>
                <wp:wrapNone/>
                <wp:docPr id="17" name="Tekstvak 17"/>
                <wp:cNvGraphicFramePr/>
                <a:graphic xmlns:a="http://schemas.openxmlformats.org/drawingml/2006/main">
                  <a:graphicData uri="http://schemas.microsoft.com/office/word/2010/wordprocessingShape">
                    <wps:wsp>
                      <wps:cNvSpPr txBox="1"/>
                      <wps:spPr>
                        <a:xfrm>
                          <a:off x="0" y="0"/>
                          <a:ext cx="5934075" cy="1066800"/>
                        </a:xfrm>
                        <a:prstGeom prst="rect">
                          <a:avLst/>
                        </a:prstGeom>
                        <a:solidFill>
                          <a:schemeClr val="lt1"/>
                        </a:solidFill>
                        <a:ln w="6350">
                          <a:solidFill>
                            <a:prstClr val="black"/>
                          </a:solidFill>
                        </a:ln>
                      </wps:spPr>
                      <wps:txbx>
                        <w:txbxContent>
                          <w:p w:rsidR="00F87C26" w:rsidRPr="00B53B05" w:rsidRDefault="00F87C26" w:rsidP="00601599">
                            <w:pPr>
                              <w:pStyle w:val="Tekst"/>
                              <w:rPr>
                                <w:b/>
                              </w:rPr>
                            </w:pPr>
                            <w:r w:rsidRPr="00B53B05">
                              <w:rPr>
                                <w:b/>
                              </w:rPr>
                              <w:t>LEVEL 3 : ORIËNTATIE</w:t>
                            </w:r>
                          </w:p>
                          <w:p w:rsidR="00F87C26" w:rsidRPr="00B53B05" w:rsidRDefault="00F87C26" w:rsidP="00601599">
                            <w:pPr>
                              <w:pStyle w:val="Tekst"/>
                              <w:rPr>
                                <w:b/>
                              </w:rPr>
                            </w:pPr>
                            <w:r w:rsidRPr="00B53B05">
                              <w:rPr>
                                <w:b/>
                              </w:rPr>
                              <w:t xml:space="preserve">De volgende stap is de oriëntatiefase: het afwegen van de opties die je hebt. </w:t>
                            </w:r>
                          </w:p>
                          <w:p w:rsidR="00F87C26" w:rsidRDefault="00F87C26" w:rsidP="00601599">
                            <w:pPr>
                              <w:pStyle w:val="Tekst"/>
                            </w:pPr>
                            <w:r w:rsidRPr="00B53B05">
                              <w:t xml:space="preserve">Nu we weten wat jouw behoeften zijn is het tijd om te kijken naar de verschillende mogelijkheden die er zijn </w:t>
                            </w:r>
                            <w:r w:rsidRPr="006838BE">
                              <w:t>om het nieuws(i), actualiteiten</w:t>
                            </w:r>
                            <w:r w:rsidRPr="00B53B05">
                              <w:t xml:space="preserve"> en entertainment te volgen. Wat gebruik je nu en wat is er nog meer?</w:t>
                            </w:r>
                            <w:r>
                              <w:t xml:space="preserve"> </w:t>
                            </w:r>
                          </w:p>
                          <w:p w:rsidR="00F87C26" w:rsidRPr="002A1106" w:rsidRDefault="00F87C26" w:rsidP="00601599">
                            <w:pPr>
                              <w:pStyle w:val="Tekst"/>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515F94" id="Tekstvak 17" o:spid="_x0000_s1028" type="#_x0000_t202" style="position:absolute;margin-left:416.05pt;margin-top:.7pt;width:467.25pt;height:84pt;z-index:2516684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" fillcolor="white [3201]" strokeweight=".5pt">
                <v:textbox>
                  <w:txbxContent>
                    <w:p w:rsidR="00F87C26" w:rsidRPr="00B53B05" w:rsidRDefault="00F87C26" w:rsidP="00601599">
                      <w:pPr>
                        <w:pStyle w:val="Tekst"/>
                        <w:rPr>
                          <w:b/>
                        </w:rPr>
                      </w:pPr>
                      <w:r w:rsidRPr="00B53B05">
                        <w:rPr>
                          <w:b/>
                        </w:rPr>
                        <w:t>LEVEL 3 : ORIËNTATIE</w:t>
                      </w:r>
                    </w:p>
                    <w:p w:rsidR="00F87C26" w:rsidRPr="00B53B05" w:rsidRDefault="00F87C26" w:rsidP="00601599">
                      <w:pPr>
                        <w:pStyle w:val="Tekst"/>
                        <w:rPr>
                          <w:b/>
                        </w:rPr>
                      </w:pPr>
                      <w:r w:rsidRPr="00B53B05">
                        <w:rPr>
                          <w:b/>
                        </w:rPr>
                        <w:t xml:space="preserve">De volgende stap is de oriëntatiefase: het afwegen van de opties die je hebt. </w:t>
                      </w:r>
                    </w:p>
                    <w:p w:rsidR="00F87C26" w:rsidRDefault="00F87C26" w:rsidP="00601599">
                      <w:pPr>
                        <w:pStyle w:val="Tekst"/>
                      </w:pPr>
                      <w:r w:rsidRPr="00B53B05">
                        <w:t xml:space="preserve">Nu we weten wat jouw behoeften zijn is het tijd om te kijken naar de verschillende mogelijkheden die er zijn </w:t>
                      </w:r>
                      <w:r w:rsidRPr="006838BE">
                        <w:t>om het nieuws(i), actualiteiten</w:t>
                      </w:r>
                      <w:r w:rsidRPr="00B53B05">
                        <w:t xml:space="preserve"> en entertainment te volgen. Wat gebruik je nu en wat is er nog meer?</w:t>
                      </w:r>
                      <w:r>
                        <w:t xml:space="preserve"> </w:t>
                      </w:r>
                    </w:p>
                    <w:p w:rsidR="00F87C26" w:rsidRPr="002A1106" w:rsidRDefault="00F87C26" w:rsidP="00601599">
                      <w:pPr>
                        <w:pStyle w:val="Tekst"/>
                        <w:rPr>
                          <w:b/>
                        </w:rPr>
                      </w:pPr>
                    </w:p>
                  </w:txbxContent>
                </v:textbox>
                <w10:wrap anchorx="margin"/>
              </v:shape>
            </w:pict>
          </mc:Fallback>
        </mc:AlternateContent>
      </w:r>
    </w:p>
    <w:p w:rsidR="00601599" w:rsidRPr="006838BE" w:rsidRDefault="00601599" w:rsidP="006253FA">
      <w:pPr>
        <w:pStyle w:val="Tekst"/>
        <w:rPr>
          <w:b/>
        </w:rPr>
      </w:pPr>
    </w:p>
    <w:p w:rsidR="00601599" w:rsidRPr="006838BE" w:rsidRDefault="00601599" w:rsidP="006253FA">
      <w:pPr>
        <w:pStyle w:val="Tekst"/>
        <w:rPr>
          <w:b/>
        </w:rPr>
      </w:pPr>
    </w:p>
    <w:p w:rsidR="00601599" w:rsidRPr="006838BE" w:rsidRDefault="00601599" w:rsidP="006253FA">
      <w:pPr>
        <w:pStyle w:val="Tekst"/>
        <w:rPr>
          <w:b/>
        </w:rPr>
      </w:pPr>
    </w:p>
    <w:p w:rsidR="00601599" w:rsidRPr="006838BE" w:rsidRDefault="00601599" w:rsidP="006253FA">
      <w:pPr>
        <w:pStyle w:val="Tekst"/>
        <w:rPr>
          <w:b/>
        </w:rPr>
      </w:pPr>
    </w:p>
    <w:p w:rsidR="00601599" w:rsidRPr="006838BE" w:rsidRDefault="00601599" w:rsidP="006253FA">
      <w:pPr>
        <w:pStyle w:val="Tekst"/>
        <w:rPr>
          <w:b/>
        </w:rPr>
      </w:pPr>
    </w:p>
    <w:p w:rsidR="00607A5C" w:rsidRPr="006838BE" w:rsidRDefault="00607A5C" w:rsidP="008714F3">
      <w:pPr>
        <w:pStyle w:val="Tekst"/>
        <w:rPr>
          <w:b/>
          <w:color w:val="808080" w:themeColor="background1" w:themeShade="80"/>
        </w:rPr>
      </w:pPr>
    </w:p>
    <w:p w:rsidR="008714F3" w:rsidRPr="006838BE" w:rsidRDefault="008714F3" w:rsidP="008714F3">
      <w:pPr>
        <w:pStyle w:val="Tekst"/>
        <w:rPr>
          <w:b/>
          <w:color w:val="808080" w:themeColor="background1" w:themeShade="80"/>
        </w:rPr>
      </w:pPr>
      <w:r w:rsidRPr="006838BE">
        <w:rPr>
          <w:b/>
          <w:color w:val="808080" w:themeColor="background1" w:themeShade="80"/>
        </w:rPr>
        <w:t>Thinking</w:t>
      </w:r>
    </w:p>
    <w:p w:rsidR="00EB73BA" w:rsidRPr="006838BE" w:rsidRDefault="00335AE4" w:rsidP="00335AE4">
      <w:pPr>
        <w:pStyle w:val="CVraagtekst"/>
        <w:rPr>
          <w:lang w:val="nl-NL"/>
        </w:rPr>
      </w:pPr>
      <w:r w:rsidRPr="006838BE">
        <w:rPr>
          <w:lang w:val="nl-NL"/>
        </w:rPr>
        <w:t xml:space="preserve">Q9. </w:t>
      </w:r>
      <w:r w:rsidRPr="006838BE">
        <w:rPr>
          <w:b/>
          <w:lang w:val="nl-NL"/>
        </w:rPr>
        <w:t>In welke mate gebruik je de onderstaande media voor het volgen van</w:t>
      </w:r>
      <w:r w:rsidR="00571120" w:rsidRPr="006838BE">
        <w:rPr>
          <w:lang w:val="nl-NL"/>
        </w:rPr>
        <w:t xml:space="preserve"> </w:t>
      </w:r>
      <w:r w:rsidR="00571120" w:rsidRPr="006838BE">
        <w:rPr>
          <w:b/>
          <w:lang w:val="nl-NL"/>
        </w:rPr>
        <w:t>het nieuws?</w:t>
      </w:r>
    </w:p>
    <w:p w:rsidR="00080951" w:rsidRPr="006838BE" w:rsidRDefault="00080951" w:rsidP="00080951">
      <w:pPr>
        <w:pStyle w:val="Tekst"/>
        <w:rPr>
          <w:i/>
        </w:rPr>
      </w:pPr>
      <w:r w:rsidRPr="006838BE">
        <w:rPr>
          <w:i/>
        </w:rPr>
        <w:t>Verdeel 100 punten over de verschillende media. Gebruik je een kanaal vaak geef dan meer punten, gebruik je een kanaal minder vaak geef dan weinig punten, gebruik je een kanaal nooit geef dan nul punten.</w:t>
      </w:r>
    </w:p>
    <w:p w:rsidR="00335AE4" w:rsidRPr="006838BE" w:rsidRDefault="00335AE4" w:rsidP="00335AE4">
      <w:pPr>
        <w:pStyle w:val="DAntwoord"/>
        <w:numPr>
          <w:ilvl w:val="0"/>
          <w:numId w:val="17"/>
        </w:numPr>
      </w:pPr>
      <w:r w:rsidRPr="006838BE">
        <w:t>Krant</w:t>
      </w:r>
    </w:p>
    <w:p w:rsidR="00335AE4" w:rsidRPr="006838BE" w:rsidRDefault="00335AE4" w:rsidP="00335AE4">
      <w:pPr>
        <w:pStyle w:val="DAntwoord"/>
        <w:numPr>
          <w:ilvl w:val="0"/>
          <w:numId w:val="17"/>
        </w:numPr>
      </w:pPr>
      <w:r w:rsidRPr="006838BE">
        <w:t>Tijdschrift</w:t>
      </w:r>
    </w:p>
    <w:p w:rsidR="00335AE4" w:rsidRPr="006838BE" w:rsidRDefault="00335AE4" w:rsidP="00335AE4">
      <w:pPr>
        <w:pStyle w:val="DAntwoord"/>
        <w:numPr>
          <w:ilvl w:val="0"/>
          <w:numId w:val="17"/>
        </w:numPr>
      </w:pPr>
      <w:r w:rsidRPr="006838BE">
        <w:t>Website</w:t>
      </w:r>
    </w:p>
    <w:p w:rsidR="00335AE4" w:rsidRPr="006838BE" w:rsidRDefault="00335AE4" w:rsidP="00335AE4">
      <w:pPr>
        <w:pStyle w:val="DAntwoord"/>
        <w:numPr>
          <w:ilvl w:val="0"/>
          <w:numId w:val="17"/>
        </w:numPr>
      </w:pPr>
      <w:r w:rsidRPr="006838BE">
        <w:t>TV</w:t>
      </w:r>
    </w:p>
    <w:p w:rsidR="00335AE4" w:rsidRPr="006838BE" w:rsidRDefault="00335AE4" w:rsidP="00335AE4">
      <w:pPr>
        <w:pStyle w:val="DAntwoord"/>
        <w:numPr>
          <w:ilvl w:val="0"/>
          <w:numId w:val="17"/>
        </w:numPr>
      </w:pPr>
      <w:r w:rsidRPr="006838BE">
        <w:t>Digitaal nieuws platform</w:t>
      </w:r>
      <w:r w:rsidR="00843476" w:rsidRPr="006838BE">
        <w:t xml:space="preserve"> (zoals </w:t>
      </w:r>
      <w:proofErr w:type="spellStart"/>
      <w:r w:rsidR="00843476" w:rsidRPr="006838BE">
        <w:t>Blendle</w:t>
      </w:r>
      <w:proofErr w:type="spellEnd"/>
      <w:r w:rsidR="007B36F7" w:rsidRPr="006838BE">
        <w:t>, De Correspondent, Topic</w:t>
      </w:r>
      <w:r w:rsidR="00843476" w:rsidRPr="006838BE">
        <w:t>)</w:t>
      </w:r>
    </w:p>
    <w:p w:rsidR="00335AE4" w:rsidRPr="006838BE" w:rsidRDefault="00335AE4" w:rsidP="00335AE4">
      <w:pPr>
        <w:pStyle w:val="DAntwoord"/>
        <w:numPr>
          <w:ilvl w:val="0"/>
          <w:numId w:val="17"/>
        </w:numPr>
      </w:pPr>
      <w:r w:rsidRPr="006838BE">
        <w:t>App</w:t>
      </w:r>
    </w:p>
    <w:p w:rsidR="00335AE4" w:rsidRPr="006838BE" w:rsidRDefault="00335AE4" w:rsidP="00335AE4">
      <w:pPr>
        <w:pStyle w:val="DAntwoord"/>
        <w:numPr>
          <w:ilvl w:val="0"/>
          <w:numId w:val="17"/>
        </w:numPr>
      </w:pPr>
      <w:r w:rsidRPr="006838BE">
        <w:t>Sociale media</w:t>
      </w:r>
    </w:p>
    <w:p w:rsidR="00335AE4" w:rsidRPr="006838BE" w:rsidRDefault="00335AE4" w:rsidP="00335AE4">
      <w:pPr>
        <w:pStyle w:val="DAntwoord"/>
        <w:numPr>
          <w:ilvl w:val="0"/>
          <w:numId w:val="17"/>
        </w:numPr>
      </w:pPr>
      <w:r w:rsidRPr="006838BE">
        <w:t>Radio</w:t>
      </w:r>
    </w:p>
    <w:p w:rsidR="00335AE4" w:rsidRPr="006838BE" w:rsidRDefault="00335AE4" w:rsidP="00335AE4">
      <w:pPr>
        <w:pStyle w:val="DAntwoord"/>
        <w:numPr>
          <w:ilvl w:val="0"/>
          <w:numId w:val="17"/>
        </w:numPr>
      </w:pPr>
      <w:r w:rsidRPr="006838BE">
        <w:t>Anders, namelijk: …</w:t>
      </w:r>
    </w:p>
    <w:p w:rsidR="00DD5A26" w:rsidRDefault="00DD5A26" w:rsidP="008714F3">
      <w:pPr>
        <w:pStyle w:val="Tekst"/>
        <w:rPr>
          <w:b/>
          <w:color w:val="808080" w:themeColor="background1" w:themeShade="80"/>
        </w:rPr>
      </w:pPr>
    </w:p>
    <w:p w:rsidR="000B1969" w:rsidRDefault="000B1969" w:rsidP="008714F3">
      <w:pPr>
        <w:pStyle w:val="Tekst"/>
        <w:rPr>
          <w:b/>
          <w:color w:val="808080" w:themeColor="background1" w:themeShade="80"/>
        </w:rPr>
      </w:pPr>
    </w:p>
    <w:p w:rsidR="000B1969" w:rsidRDefault="000B1969" w:rsidP="008714F3">
      <w:pPr>
        <w:pStyle w:val="Tekst"/>
        <w:rPr>
          <w:b/>
          <w:color w:val="808080" w:themeColor="background1" w:themeShade="80"/>
        </w:rPr>
      </w:pPr>
    </w:p>
    <w:p w:rsidR="000B1969" w:rsidRDefault="000B1969" w:rsidP="008714F3">
      <w:pPr>
        <w:pStyle w:val="Tekst"/>
        <w:rPr>
          <w:b/>
          <w:color w:val="808080" w:themeColor="background1" w:themeShade="80"/>
        </w:rPr>
      </w:pPr>
    </w:p>
    <w:p w:rsidR="000B1969" w:rsidRDefault="000B1969" w:rsidP="008714F3">
      <w:pPr>
        <w:pStyle w:val="Tekst"/>
        <w:rPr>
          <w:b/>
          <w:color w:val="808080" w:themeColor="background1" w:themeShade="80"/>
        </w:rPr>
      </w:pPr>
    </w:p>
    <w:p w:rsidR="000B1969" w:rsidRDefault="000B1969" w:rsidP="008714F3">
      <w:pPr>
        <w:pStyle w:val="Tekst"/>
        <w:rPr>
          <w:b/>
          <w:color w:val="808080" w:themeColor="background1" w:themeShade="80"/>
        </w:rPr>
      </w:pPr>
    </w:p>
    <w:p w:rsidR="000B1969" w:rsidRDefault="000B1969" w:rsidP="008714F3">
      <w:pPr>
        <w:pStyle w:val="Tekst"/>
        <w:rPr>
          <w:b/>
          <w:color w:val="808080" w:themeColor="background1" w:themeShade="80"/>
        </w:rPr>
      </w:pPr>
    </w:p>
    <w:p w:rsidR="000B1969" w:rsidRPr="006838BE" w:rsidRDefault="000B1969" w:rsidP="008714F3">
      <w:pPr>
        <w:pStyle w:val="Tekst"/>
        <w:rPr>
          <w:b/>
          <w:color w:val="808080" w:themeColor="background1" w:themeShade="80"/>
        </w:rPr>
      </w:pPr>
    </w:p>
    <w:p w:rsidR="008714F3" w:rsidRPr="006838BE" w:rsidRDefault="008714F3" w:rsidP="008714F3">
      <w:pPr>
        <w:pStyle w:val="Tekst"/>
        <w:rPr>
          <w:b/>
          <w:color w:val="808080" w:themeColor="background1" w:themeShade="80"/>
        </w:rPr>
      </w:pPr>
      <w:r w:rsidRPr="006838BE">
        <w:rPr>
          <w:b/>
          <w:color w:val="808080" w:themeColor="background1" w:themeShade="80"/>
        </w:rPr>
        <w:t>Feeling</w:t>
      </w:r>
    </w:p>
    <w:p w:rsidR="00FF154F" w:rsidRPr="006838BE" w:rsidRDefault="00335AE4" w:rsidP="00335AE4">
      <w:pPr>
        <w:pStyle w:val="CVraagtekst"/>
        <w:rPr>
          <w:lang w:val="nl-NL"/>
        </w:rPr>
      </w:pPr>
      <w:r w:rsidRPr="006838BE">
        <w:rPr>
          <w:lang w:val="nl-NL"/>
        </w:rPr>
        <w:lastRenderedPageBreak/>
        <w:t xml:space="preserve">Q10. </w:t>
      </w:r>
      <w:r w:rsidR="00FF154F" w:rsidRPr="006838BE">
        <w:rPr>
          <w:lang w:val="nl-NL"/>
        </w:rPr>
        <w:t xml:space="preserve">Je volgt </w:t>
      </w:r>
      <w:r w:rsidR="00571120" w:rsidRPr="006838BE">
        <w:rPr>
          <w:lang w:val="nl-NL"/>
        </w:rPr>
        <w:t xml:space="preserve">het nieuws </w:t>
      </w:r>
      <w:r w:rsidR="00014BF0" w:rsidRPr="006838BE">
        <w:rPr>
          <w:lang w:val="nl-NL"/>
        </w:rPr>
        <w:t xml:space="preserve">meestal via &lt;antw. Q9&gt;. </w:t>
      </w:r>
      <w:r w:rsidR="00FF154F" w:rsidRPr="006838BE">
        <w:rPr>
          <w:lang w:val="nl-NL"/>
        </w:rPr>
        <w:br/>
      </w:r>
    </w:p>
    <w:p w:rsidR="00335AE4" w:rsidRPr="006838BE" w:rsidRDefault="00E72DFB" w:rsidP="00335AE4">
      <w:pPr>
        <w:pStyle w:val="CVraagtekst"/>
        <w:rPr>
          <w:lang w:val="nl-NL"/>
        </w:rPr>
      </w:pPr>
      <w:r w:rsidRPr="006838BE">
        <w:rPr>
          <w:lang w:val="nl-NL"/>
        </w:rPr>
        <w:t xml:space="preserve">Wat vind </w:t>
      </w:r>
      <w:r w:rsidR="00335AE4" w:rsidRPr="006838BE">
        <w:rPr>
          <w:lang w:val="nl-NL"/>
        </w:rPr>
        <w:t>je</w:t>
      </w:r>
      <w:r w:rsidRPr="006838BE">
        <w:rPr>
          <w:lang w:val="nl-NL"/>
        </w:rPr>
        <w:t xml:space="preserve"> </w:t>
      </w:r>
      <w:r w:rsidR="00014BF0" w:rsidRPr="006838BE">
        <w:rPr>
          <w:lang w:val="nl-NL"/>
        </w:rPr>
        <w:t>ervan om via &lt;antw. Q9&gt;</w:t>
      </w:r>
      <w:r w:rsidR="00FF154F" w:rsidRPr="006838BE">
        <w:rPr>
          <w:lang w:val="nl-NL"/>
        </w:rPr>
        <w:t xml:space="preserve"> </w:t>
      </w:r>
      <w:r w:rsidR="00571120" w:rsidRPr="006838BE">
        <w:rPr>
          <w:lang w:val="nl-NL"/>
        </w:rPr>
        <w:t xml:space="preserve">het nieuws </w:t>
      </w:r>
      <w:r w:rsidR="00FF154F" w:rsidRPr="006838BE">
        <w:rPr>
          <w:lang w:val="nl-NL"/>
        </w:rPr>
        <w:t xml:space="preserve">te volgen? </w:t>
      </w:r>
      <w:r w:rsidR="00335AE4" w:rsidRPr="006838BE">
        <w:rPr>
          <w:lang w:val="nl-NL"/>
        </w:rPr>
        <w:t xml:space="preserve"> </w:t>
      </w:r>
    </w:p>
    <w:p w:rsidR="00335AE4" w:rsidRPr="006838BE" w:rsidRDefault="00335AE4" w:rsidP="00335AE4">
      <w:pPr>
        <w:pStyle w:val="Tekst"/>
        <w:rPr>
          <w:b/>
          <w:color w:val="808080" w:themeColor="background1" w:themeShade="80"/>
        </w:rPr>
      </w:pPr>
    </w:p>
    <w:p w:rsidR="00335AE4" w:rsidRPr="006838BE" w:rsidRDefault="00335AE4" w:rsidP="00C86958">
      <w:pPr>
        <w:pStyle w:val="DAntwoord"/>
        <w:numPr>
          <w:ilvl w:val="0"/>
          <w:numId w:val="30"/>
        </w:numPr>
      </w:pPr>
      <w:r w:rsidRPr="006838BE">
        <w:t>Ik ben hier tevreden over</w:t>
      </w:r>
    </w:p>
    <w:p w:rsidR="006639C0" w:rsidRPr="006838BE" w:rsidRDefault="006639C0" w:rsidP="00C86958">
      <w:pPr>
        <w:pStyle w:val="DAntwoord"/>
        <w:numPr>
          <w:ilvl w:val="0"/>
          <w:numId w:val="30"/>
        </w:numPr>
      </w:pPr>
      <w:r w:rsidRPr="006838BE">
        <w:t>Ik ben hier heel blij mee</w:t>
      </w:r>
    </w:p>
    <w:p w:rsidR="00335AE4" w:rsidRPr="006838BE" w:rsidRDefault="00335AE4" w:rsidP="00C86958">
      <w:pPr>
        <w:pStyle w:val="DAntwoord"/>
        <w:numPr>
          <w:ilvl w:val="0"/>
          <w:numId w:val="30"/>
        </w:numPr>
      </w:pPr>
      <w:r w:rsidRPr="006838BE">
        <w:t>Ik mis nog iets</w:t>
      </w:r>
    </w:p>
    <w:p w:rsidR="008C0846" w:rsidRPr="006838BE" w:rsidRDefault="008C0846" w:rsidP="00C86958">
      <w:pPr>
        <w:pStyle w:val="DAntwoord"/>
        <w:numPr>
          <w:ilvl w:val="0"/>
          <w:numId w:val="30"/>
        </w:numPr>
      </w:pPr>
      <w:r w:rsidRPr="006838BE">
        <w:t xml:space="preserve">Ik vind </w:t>
      </w:r>
      <w:r w:rsidR="007A0274" w:rsidRPr="006838BE">
        <w:t>het</w:t>
      </w:r>
      <w:r w:rsidRPr="006838BE">
        <w:t xml:space="preserve"> leuk</w:t>
      </w:r>
    </w:p>
    <w:p w:rsidR="00C86958" w:rsidRPr="006838BE" w:rsidRDefault="007A0274" w:rsidP="00C86958">
      <w:pPr>
        <w:pStyle w:val="DAntwoord"/>
        <w:numPr>
          <w:ilvl w:val="0"/>
          <w:numId w:val="30"/>
        </w:numPr>
      </w:pPr>
      <w:r w:rsidRPr="006838BE">
        <w:t>Ik vind het handig</w:t>
      </w:r>
    </w:p>
    <w:p w:rsidR="00C86958" w:rsidRPr="006838BE" w:rsidRDefault="00C86958" w:rsidP="00C86958">
      <w:pPr>
        <w:pStyle w:val="DAntwoord"/>
        <w:numPr>
          <w:ilvl w:val="0"/>
          <w:numId w:val="30"/>
        </w:numPr>
      </w:pPr>
      <w:r w:rsidRPr="006838BE">
        <w:t>Het is overzichtelijk</w:t>
      </w:r>
    </w:p>
    <w:p w:rsidR="00C86958" w:rsidRPr="006838BE" w:rsidRDefault="00C86958" w:rsidP="00C86958">
      <w:pPr>
        <w:pStyle w:val="DAntwoord"/>
        <w:numPr>
          <w:ilvl w:val="0"/>
          <w:numId w:val="0"/>
        </w:numPr>
        <w:ind w:left="720" w:hanging="360"/>
      </w:pPr>
    </w:p>
    <w:p w:rsidR="00C86958" w:rsidRPr="006838BE" w:rsidRDefault="00C86958" w:rsidP="00C86958">
      <w:pPr>
        <w:pStyle w:val="DAntwoord"/>
        <w:numPr>
          <w:ilvl w:val="0"/>
          <w:numId w:val="31"/>
        </w:numPr>
      </w:pPr>
      <w:r w:rsidRPr="006838BE">
        <w:t>Zeer oneens</w:t>
      </w:r>
    </w:p>
    <w:p w:rsidR="00C86958" w:rsidRPr="006838BE" w:rsidRDefault="00C86958" w:rsidP="00C86958">
      <w:pPr>
        <w:pStyle w:val="DAntwoord"/>
        <w:numPr>
          <w:ilvl w:val="0"/>
          <w:numId w:val="31"/>
        </w:numPr>
      </w:pPr>
      <w:r w:rsidRPr="006838BE">
        <w:t>Oneens</w:t>
      </w:r>
    </w:p>
    <w:p w:rsidR="00C86958" w:rsidRPr="006838BE" w:rsidRDefault="00C86958" w:rsidP="00C86958">
      <w:pPr>
        <w:pStyle w:val="DAntwoord"/>
        <w:numPr>
          <w:ilvl w:val="0"/>
          <w:numId w:val="31"/>
        </w:numPr>
      </w:pPr>
      <w:r w:rsidRPr="006838BE">
        <w:t>Niet eens, niet oneens</w:t>
      </w:r>
    </w:p>
    <w:p w:rsidR="00C86958" w:rsidRPr="006838BE" w:rsidRDefault="00C86958" w:rsidP="00C86958">
      <w:pPr>
        <w:pStyle w:val="DAntwoord"/>
        <w:numPr>
          <w:ilvl w:val="0"/>
          <w:numId w:val="31"/>
        </w:numPr>
      </w:pPr>
      <w:r w:rsidRPr="006838BE">
        <w:t>Eens</w:t>
      </w:r>
    </w:p>
    <w:p w:rsidR="00C86958" w:rsidRPr="006838BE" w:rsidRDefault="00C86958" w:rsidP="00C86958">
      <w:pPr>
        <w:pStyle w:val="DAntwoord"/>
        <w:numPr>
          <w:ilvl w:val="0"/>
          <w:numId w:val="31"/>
        </w:numPr>
      </w:pPr>
      <w:r w:rsidRPr="006838BE">
        <w:t>Zeer eens</w:t>
      </w:r>
    </w:p>
    <w:p w:rsidR="00002E9C" w:rsidRPr="006838BE" w:rsidRDefault="00002E9C" w:rsidP="00002E9C">
      <w:pPr>
        <w:pStyle w:val="DAntwoord"/>
        <w:numPr>
          <w:ilvl w:val="0"/>
          <w:numId w:val="0"/>
        </w:numPr>
        <w:ind w:left="720" w:hanging="360"/>
      </w:pPr>
    </w:p>
    <w:p w:rsidR="008714F3" w:rsidRPr="006838BE" w:rsidRDefault="008714F3" w:rsidP="008714F3">
      <w:pPr>
        <w:pStyle w:val="Tekst"/>
        <w:rPr>
          <w:b/>
          <w:color w:val="808080" w:themeColor="background1" w:themeShade="80"/>
        </w:rPr>
      </w:pPr>
      <w:proofErr w:type="spellStart"/>
      <w:r w:rsidRPr="006838BE">
        <w:rPr>
          <w:b/>
          <w:color w:val="808080" w:themeColor="background1" w:themeShade="80"/>
        </w:rPr>
        <w:t>Experience</w:t>
      </w:r>
      <w:proofErr w:type="spellEnd"/>
    </w:p>
    <w:p w:rsidR="00ED4F37" w:rsidRPr="006838BE" w:rsidRDefault="008C0846" w:rsidP="00ED4F37">
      <w:pPr>
        <w:pStyle w:val="CVraagtekst"/>
        <w:rPr>
          <w:lang w:val="nl-NL"/>
        </w:rPr>
      </w:pPr>
      <w:r w:rsidRPr="006838BE">
        <w:rPr>
          <w:lang w:val="nl-NL"/>
        </w:rPr>
        <w:t xml:space="preserve">Q11. </w:t>
      </w:r>
      <w:r w:rsidR="00ED4F37" w:rsidRPr="006838BE">
        <w:rPr>
          <w:lang w:val="nl-NL"/>
        </w:rPr>
        <w:t>Geef aan wat je</w:t>
      </w:r>
      <w:r w:rsidRPr="006838BE">
        <w:rPr>
          <w:lang w:val="nl-NL"/>
        </w:rPr>
        <w:t xml:space="preserve"> ervaringen</w:t>
      </w:r>
      <w:r w:rsidR="00ED4F37" w:rsidRPr="006838BE">
        <w:rPr>
          <w:lang w:val="nl-NL"/>
        </w:rPr>
        <w:t xml:space="preserve"> zijn</w:t>
      </w:r>
      <w:r w:rsidRPr="006838BE">
        <w:rPr>
          <w:lang w:val="nl-NL"/>
        </w:rPr>
        <w:t xml:space="preserve"> ten aanzien van </w:t>
      </w:r>
      <w:r w:rsidR="00ED4F37" w:rsidRPr="006838BE">
        <w:rPr>
          <w:lang w:val="nl-NL"/>
        </w:rPr>
        <w:t xml:space="preserve">het volgen van </w:t>
      </w:r>
      <w:r w:rsidR="00571120" w:rsidRPr="006838BE">
        <w:rPr>
          <w:lang w:val="nl-NL"/>
        </w:rPr>
        <w:t>het nieuws(i)</w:t>
      </w:r>
      <w:r w:rsidR="00ED4F37" w:rsidRPr="006838BE">
        <w:rPr>
          <w:lang w:val="nl-NL"/>
        </w:rPr>
        <w:t xml:space="preserve"> via </w:t>
      </w:r>
      <w:r w:rsidR="00E72EC9" w:rsidRPr="006838BE">
        <w:rPr>
          <w:lang w:val="nl-NL"/>
        </w:rPr>
        <w:t xml:space="preserve">&lt;antw. Q9&gt;. </w:t>
      </w:r>
    </w:p>
    <w:p w:rsidR="008C0846" w:rsidRPr="006838BE" w:rsidRDefault="007A0274" w:rsidP="00ED4F37">
      <w:pPr>
        <w:pStyle w:val="DAntwoord"/>
        <w:numPr>
          <w:ilvl w:val="1"/>
          <w:numId w:val="34"/>
        </w:numPr>
      </w:pPr>
      <w:r w:rsidRPr="006838BE">
        <w:t>Ik heb hier</w:t>
      </w:r>
      <w:r w:rsidR="008C0846" w:rsidRPr="006838BE">
        <w:t xml:space="preserve"> goede ervaringen mee</w:t>
      </w:r>
    </w:p>
    <w:p w:rsidR="008C0846" w:rsidRPr="006838BE" w:rsidRDefault="007A0274" w:rsidP="00ED4F37">
      <w:pPr>
        <w:pStyle w:val="DAntwoord"/>
        <w:numPr>
          <w:ilvl w:val="1"/>
          <w:numId w:val="34"/>
        </w:numPr>
      </w:pPr>
      <w:r w:rsidRPr="006838BE">
        <w:t>Ik vind dat er teveel</w:t>
      </w:r>
      <w:r w:rsidR="008C0846" w:rsidRPr="006838BE">
        <w:t xml:space="preserve"> reclame/advertenties</w:t>
      </w:r>
      <w:r w:rsidRPr="006838BE">
        <w:t xml:space="preserve"> in voorkomen</w:t>
      </w:r>
    </w:p>
    <w:p w:rsidR="008C0846" w:rsidRPr="006838BE" w:rsidRDefault="007A0274" w:rsidP="00ED4F37">
      <w:pPr>
        <w:pStyle w:val="DAntwoord"/>
        <w:numPr>
          <w:ilvl w:val="1"/>
          <w:numId w:val="34"/>
        </w:numPr>
      </w:pPr>
      <w:r w:rsidRPr="006838BE">
        <w:t>Ik vind het v</w:t>
      </w:r>
      <w:r w:rsidR="008C0846" w:rsidRPr="006838BE">
        <w:t>ermoeiend</w:t>
      </w:r>
      <w:r w:rsidRPr="006838BE">
        <w:t xml:space="preserve"> om alles bij te houden</w:t>
      </w:r>
    </w:p>
    <w:p w:rsidR="008C0846" w:rsidRPr="006838BE" w:rsidRDefault="007A0274" w:rsidP="00ED4F37">
      <w:pPr>
        <w:pStyle w:val="DAntwoord"/>
        <w:numPr>
          <w:ilvl w:val="1"/>
          <w:numId w:val="34"/>
        </w:numPr>
      </w:pPr>
      <w:r w:rsidRPr="006838BE">
        <w:t>Het leid</w:t>
      </w:r>
      <w:r w:rsidR="007B7FA3" w:rsidRPr="006838BE">
        <w:t>t</w:t>
      </w:r>
      <w:r w:rsidRPr="006838BE">
        <w:t xml:space="preserve"> me</w:t>
      </w:r>
      <w:r w:rsidR="008C0846" w:rsidRPr="006838BE">
        <w:t xml:space="preserve"> af van waar ik mee bezig ben</w:t>
      </w:r>
    </w:p>
    <w:p w:rsidR="008C0846" w:rsidRPr="006838BE" w:rsidRDefault="007A0274" w:rsidP="00ED4F37">
      <w:pPr>
        <w:pStyle w:val="DAntwoord"/>
        <w:numPr>
          <w:ilvl w:val="1"/>
          <w:numId w:val="34"/>
        </w:numPr>
      </w:pPr>
      <w:r w:rsidRPr="006838BE">
        <w:t>Het voorziet</w:t>
      </w:r>
      <w:r w:rsidR="008C0846" w:rsidRPr="006838BE">
        <w:t xml:space="preserve"> volledig in mijn informatiebehoefte</w:t>
      </w:r>
    </w:p>
    <w:p w:rsidR="008C0846" w:rsidRPr="006838BE" w:rsidRDefault="007A0274" w:rsidP="00ED4F37">
      <w:pPr>
        <w:pStyle w:val="DAntwoord"/>
        <w:numPr>
          <w:ilvl w:val="1"/>
          <w:numId w:val="34"/>
        </w:numPr>
      </w:pPr>
      <w:r w:rsidRPr="006838BE">
        <w:t>Het is een efficiënte manier om alles te volgen</w:t>
      </w:r>
    </w:p>
    <w:p w:rsidR="00ED4F37" w:rsidRPr="006838BE" w:rsidRDefault="00ED4F37" w:rsidP="00ED4F37">
      <w:pPr>
        <w:pStyle w:val="DAntwoord"/>
        <w:numPr>
          <w:ilvl w:val="0"/>
          <w:numId w:val="0"/>
        </w:numPr>
        <w:ind w:left="720" w:hanging="360"/>
      </w:pPr>
    </w:p>
    <w:p w:rsidR="008714F3" w:rsidRPr="006838BE" w:rsidRDefault="008714F3" w:rsidP="008714F3">
      <w:pPr>
        <w:pStyle w:val="Tekst"/>
        <w:rPr>
          <w:b/>
          <w:color w:val="808080" w:themeColor="background1" w:themeShade="80"/>
        </w:rPr>
      </w:pPr>
      <w:proofErr w:type="spellStart"/>
      <w:r w:rsidRPr="006838BE">
        <w:rPr>
          <w:b/>
          <w:color w:val="808080" w:themeColor="background1" w:themeShade="80"/>
        </w:rPr>
        <w:t>Consideration</w:t>
      </w:r>
      <w:proofErr w:type="spellEnd"/>
      <w:r w:rsidRPr="006838BE">
        <w:rPr>
          <w:b/>
          <w:color w:val="808080" w:themeColor="background1" w:themeShade="80"/>
        </w:rPr>
        <w:t xml:space="preserve"> </w:t>
      </w:r>
    </w:p>
    <w:p w:rsidR="008C0846" w:rsidRPr="006838BE" w:rsidRDefault="008C0846" w:rsidP="008C0846">
      <w:pPr>
        <w:pStyle w:val="CVraagtekst"/>
        <w:rPr>
          <w:i/>
          <w:lang w:val="nl-NL"/>
        </w:rPr>
      </w:pPr>
      <w:r w:rsidRPr="006838BE">
        <w:rPr>
          <w:lang w:val="nl-NL"/>
        </w:rPr>
        <w:t xml:space="preserve">Q12. </w:t>
      </w:r>
      <w:r w:rsidRPr="006838BE">
        <w:rPr>
          <w:b/>
          <w:lang w:val="nl-NL"/>
        </w:rPr>
        <w:t>Wel</w:t>
      </w:r>
      <w:r w:rsidR="007759B8" w:rsidRPr="006838BE">
        <w:rPr>
          <w:b/>
          <w:lang w:val="nl-NL"/>
        </w:rPr>
        <w:t xml:space="preserve">k mediakanaal </w:t>
      </w:r>
      <w:r w:rsidRPr="006838BE">
        <w:rPr>
          <w:b/>
          <w:lang w:val="nl-NL"/>
        </w:rPr>
        <w:t>zou je overwegen (vaker) te gebruiken?</w:t>
      </w:r>
      <w:r w:rsidR="00F87C26" w:rsidRPr="006838BE">
        <w:rPr>
          <w:b/>
          <w:lang w:val="nl-NL"/>
        </w:rPr>
        <w:t xml:space="preserve"> </w:t>
      </w:r>
      <w:r w:rsidR="006E211E" w:rsidRPr="006838BE">
        <w:rPr>
          <w:lang w:val="nl-NL"/>
        </w:rPr>
        <w:br/>
      </w:r>
      <w:r w:rsidR="006E211E" w:rsidRPr="006838BE">
        <w:rPr>
          <w:i/>
          <w:lang w:val="nl-NL"/>
        </w:rPr>
        <w:t xml:space="preserve">Kies het mediakanaal dat je het </w:t>
      </w:r>
      <w:r w:rsidR="006E211E" w:rsidRPr="006838BE">
        <w:rPr>
          <w:i/>
          <w:u w:val="single"/>
          <w:lang w:val="nl-NL"/>
        </w:rPr>
        <w:t>meest</w:t>
      </w:r>
      <w:r w:rsidR="006E211E" w:rsidRPr="006838BE">
        <w:rPr>
          <w:i/>
          <w:lang w:val="nl-NL"/>
        </w:rPr>
        <w:t xml:space="preserve"> zou overwegen</w:t>
      </w:r>
    </w:p>
    <w:p w:rsidR="00080951" w:rsidRPr="006838BE" w:rsidRDefault="00080951" w:rsidP="00080951">
      <w:pPr>
        <w:pStyle w:val="DAntwoord"/>
        <w:numPr>
          <w:ilvl w:val="0"/>
          <w:numId w:val="20"/>
        </w:numPr>
      </w:pPr>
      <w:r w:rsidRPr="006838BE">
        <w:t>Krant</w:t>
      </w:r>
    </w:p>
    <w:p w:rsidR="00080951" w:rsidRPr="006838BE" w:rsidRDefault="00080951" w:rsidP="00080951">
      <w:pPr>
        <w:pStyle w:val="DAntwoord"/>
        <w:numPr>
          <w:ilvl w:val="0"/>
          <w:numId w:val="20"/>
        </w:numPr>
      </w:pPr>
      <w:r w:rsidRPr="006838BE">
        <w:t>Tijdschrift</w:t>
      </w:r>
    </w:p>
    <w:p w:rsidR="00080951" w:rsidRPr="006838BE" w:rsidRDefault="00080951" w:rsidP="00080951">
      <w:pPr>
        <w:pStyle w:val="DAntwoord"/>
        <w:numPr>
          <w:ilvl w:val="0"/>
          <w:numId w:val="20"/>
        </w:numPr>
      </w:pPr>
      <w:r w:rsidRPr="006838BE">
        <w:t>Website</w:t>
      </w:r>
    </w:p>
    <w:p w:rsidR="00080951" w:rsidRPr="006838BE" w:rsidRDefault="00080951" w:rsidP="00080951">
      <w:pPr>
        <w:pStyle w:val="DAntwoord"/>
        <w:numPr>
          <w:ilvl w:val="0"/>
          <w:numId w:val="20"/>
        </w:numPr>
      </w:pPr>
      <w:r w:rsidRPr="006838BE">
        <w:t>TV</w:t>
      </w:r>
    </w:p>
    <w:p w:rsidR="00080951" w:rsidRPr="006838BE" w:rsidRDefault="00080951" w:rsidP="00080951">
      <w:pPr>
        <w:pStyle w:val="DAntwoord"/>
        <w:numPr>
          <w:ilvl w:val="0"/>
          <w:numId w:val="20"/>
        </w:numPr>
      </w:pPr>
      <w:r w:rsidRPr="006838BE">
        <w:t>Digitaal nieuws platform</w:t>
      </w:r>
      <w:r w:rsidR="00ED4F37" w:rsidRPr="006838BE">
        <w:t xml:space="preserve"> (zoals </w:t>
      </w:r>
      <w:proofErr w:type="spellStart"/>
      <w:r w:rsidR="00ED4F37" w:rsidRPr="006838BE">
        <w:t>Blendle</w:t>
      </w:r>
      <w:proofErr w:type="spellEnd"/>
      <w:r w:rsidR="00E72EC9" w:rsidRPr="006838BE">
        <w:t>, de Correspondent of Topic</w:t>
      </w:r>
      <w:r w:rsidR="00ED4F37" w:rsidRPr="006838BE">
        <w:t>)</w:t>
      </w:r>
    </w:p>
    <w:p w:rsidR="00080951" w:rsidRPr="006838BE" w:rsidRDefault="00080951" w:rsidP="00080951">
      <w:pPr>
        <w:pStyle w:val="DAntwoord"/>
        <w:numPr>
          <w:ilvl w:val="0"/>
          <w:numId w:val="20"/>
        </w:numPr>
      </w:pPr>
      <w:r w:rsidRPr="006838BE">
        <w:t>App</w:t>
      </w:r>
    </w:p>
    <w:p w:rsidR="00080951" w:rsidRPr="006838BE" w:rsidRDefault="00080951" w:rsidP="00080951">
      <w:pPr>
        <w:pStyle w:val="DAntwoord"/>
        <w:numPr>
          <w:ilvl w:val="0"/>
          <w:numId w:val="20"/>
        </w:numPr>
      </w:pPr>
      <w:r w:rsidRPr="006838BE">
        <w:t>Sociale media</w:t>
      </w:r>
    </w:p>
    <w:p w:rsidR="00080951" w:rsidRPr="006838BE" w:rsidRDefault="00080951" w:rsidP="00080951">
      <w:pPr>
        <w:pStyle w:val="DAntwoord"/>
        <w:numPr>
          <w:ilvl w:val="0"/>
          <w:numId w:val="20"/>
        </w:numPr>
      </w:pPr>
      <w:r w:rsidRPr="006838BE">
        <w:t>Radio</w:t>
      </w:r>
    </w:p>
    <w:p w:rsidR="00080951" w:rsidRPr="006838BE" w:rsidRDefault="00080951" w:rsidP="00080951">
      <w:pPr>
        <w:pStyle w:val="DAntwoord"/>
        <w:numPr>
          <w:ilvl w:val="0"/>
          <w:numId w:val="20"/>
        </w:numPr>
      </w:pPr>
      <w:r w:rsidRPr="006838BE">
        <w:t>Anders, namelijk: …</w:t>
      </w:r>
    </w:p>
    <w:p w:rsidR="00843476" w:rsidRPr="006838BE" w:rsidRDefault="00843476" w:rsidP="00843476">
      <w:pPr>
        <w:pStyle w:val="DAntwoord"/>
        <w:numPr>
          <w:ilvl w:val="0"/>
          <w:numId w:val="0"/>
        </w:numPr>
        <w:ind w:left="720"/>
      </w:pPr>
    </w:p>
    <w:p w:rsidR="00843476" w:rsidRPr="006838BE" w:rsidRDefault="00843476" w:rsidP="00843476">
      <w:pPr>
        <w:pStyle w:val="DAntwoord"/>
        <w:numPr>
          <w:ilvl w:val="0"/>
          <w:numId w:val="34"/>
        </w:numPr>
      </w:pPr>
      <w:r w:rsidRPr="006838BE">
        <w:t>Geen van bovenstaande</w:t>
      </w:r>
    </w:p>
    <w:p w:rsidR="004704AB" w:rsidRDefault="004704AB" w:rsidP="004704AB">
      <w:pPr>
        <w:pStyle w:val="Tekst"/>
      </w:pPr>
    </w:p>
    <w:p w:rsidR="000B1969" w:rsidRDefault="000B1969" w:rsidP="004704AB">
      <w:pPr>
        <w:pStyle w:val="Tekst"/>
      </w:pPr>
    </w:p>
    <w:p w:rsidR="000B1969" w:rsidRDefault="000B1969" w:rsidP="004704AB">
      <w:pPr>
        <w:pStyle w:val="Tekst"/>
      </w:pPr>
    </w:p>
    <w:p w:rsidR="000B1969" w:rsidRDefault="000B1969" w:rsidP="004704AB">
      <w:pPr>
        <w:pStyle w:val="Tekst"/>
      </w:pPr>
    </w:p>
    <w:p w:rsidR="000B1969" w:rsidRDefault="000B1969" w:rsidP="004704AB">
      <w:pPr>
        <w:pStyle w:val="Tekst"/>
      </w:pPr>
    </w:p>
    <w:p w:rsidR="000B1969" w:rsidRPr="006838BE" w:rsidRDefault="000B1969" w:rsidP="004704AB">
      <w:pPr>
        <w:pStyle w:val="Tekst"/>
      </w:pPr>
    </w:p>
    <w:p w:rsidR="009B4CE5" w:rsidRPr="000B1969" w:rsidRDefault="00C82D58" w:rsidP="000B1969">
      <w:pPr>
        <w:pStyle w:val="AHoofdstuk"/>
      </w:pPr>
      <w:r w:rsidRPr="006838BE">
        <w:t>OVERWEGING</w:t>
      </w:r>
    </w:p>
    <w:p w:rsidR="009B4CE5" w:rsidRPr="006838BE" w:rsidRDefault="00856125" w:rsidP="009B4CE5">
      <w:pPr>
        <w:pStyle w:val="Tekst"/>
        <w:rPr>
          <w:b/>
        </w:rPr>
      </w:pPr>
      <w:r w:rsidRPr="006838BE">
        <w:rPr>
          <w:noProof/>
        </w:rPr>
        <w:lastRenderedPageBreak/>
        <mc:AlternateContent>
          <mc:Choice Requires="wps">
            <w:drawing>
              <wp:anchor distT="0" distB="0" distL="114300" distR="114300" simplePos="0" relativeHeight="251671552" behindDoc="0" locked="0" layoutInCell="1" allowOverlap="1" wp14:anchorId="1FD110DC" wp14:editId="328096F9">
                <wp:simplePos x="0" y="0"/>
                <wp:positionH relativeFrom="margin">
                  <wp:align>center</wp:align>
                </wp:positionH>
                <wp:positionV relativeFrom="paragraph">
                  <wp:posOffset>107950</wp:posOffset>
                </wp:positionV>
                <wp:extent cx="6172200" cy="1057275"/>
                <wp:effectExtent l="57150" t="19050" r="76200" b="104775"/>
                <wp:wrapNone/>
                <wp:docPr id="19" name="Rechthoek 19"/>
                <wp:cNvGraphicFramePr/>
                <a:graphic xmlns:a="http://schemas.openxmlformats.org/drawingml/2006/main">
                  <a:graphicData uri="http://schemas.microsoft.com/office/word/2010/wordprocessingShape">
                    <wps:wsp>
                      <wps:cNvSpPr/>
                      <wps:spPr>
                        <a:xfrm>
                          <a:off x="0" y="0"/>
                          <a:ext cx="6172200" cy="1057275"/>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CC00A6" id="Rechthoek 19" o:spid="_x0000_s1026" style="position:absolute;margin-left:0;margin-top:8.5pt;width:486pt;height:83.25pt;z-index:25167155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" filled="f" strokecolor="black [3213]">
                <v:shadow on="t" color="black" opacity="22937f" origin=",.5" offset="0,.63889mm"/>
                <w10:wrap anchorx="margin"/>
              </v:rect>
            </w:pict>
          </mc:Fallback>
        </mc:AlternateContent>
      </w:r>
    </w:p>
    <w:p w:rsidR="009B4CE5" w:rsidRPr="006838BE" w:rsidRDefault="00856125" w:rsidP="00856125">
      <w:pPr>
        <w:pStyle w:val="Tekst"/>
        <w:rPr>
          <w:b/>
        </w:rPr>
      </w:pPr>
      <w:r w:rsidRPr="006838BE">
        <w:rPr>
          <w:b/>
        </w:rPr>
        <w:t>LEVEL 4: OVERWEGEN</w:t>
      </w:r>
    </w:p>
    <w:p w:rsidR="00856125" w:rsidRPr="006838BE" w:rsidRDefault="00856125" w:rsidP="00856125">
      <w:pPr>
        <w:pStyle w:val="Tekst"/>
        <w:rPr>
          <w:rStyle w:val="CVraagtekstChar"/>
          <w:b/>
          <w:i/>
          <w:sz w:val="22"/>
        </w:rPr>
      </w:pPr>
      <w:r w:rsidRPr="006838BE">
        <w:rPr>
          <w:rStyle w:val="CVraagtekstChar"/>
          <w:b/>
          <w:i/>
          <w:sz w:val="22"/>
        </w:rPr>
        <w:t xml:space="preserve">Op dit moment volg je </w:t>
      </w:r>
      <w:r w:rsidR="00AF1D8F" w:rsidRPr="006838BE">
        <w:rPr>
          <w:b/>
          <w:i/>
        </w:rPr>
        <w:t>het nieuws(i</w:t>
      </w:r>
      <w:r w:rsidR="00AF1D8F" w:rsidRPr="006838BE">
        <w:t xml:space="preserve">) </w:t>
      </w:r>
      <w:r w:rsidRPr="006838BE">
        <w:rPr>
          <w:rStyle w:val="CVraagtekstChar"/>
          <w:b/>
          <w:i/>
          <w:sz w:val="22"/>
        </w:rPr>
        <w:t xml:space="preserve">voornamelijk via &lt;antw. Q9&gt;.  </w:t>
      </w:r>
    </w:p>
    <w:p w:rsidR="00856125" w:rsidRPr="006838BE" w:rsidRDefault="00856125" w:rsidP="00856125">
      <w:pPr>
        <w:pStyle w:val="Tekst"/>
        <w:rPr>
          <w:rStyle w:val="CVraagtekstChar"/>
          <w:b/>
          <w:i/>
          <w:sz w:val="22"/>
        </w:rPr>
      </w:pPr>
      <w:r w:rsidRPr="006838BE">
        <w:rPr>
          <w:rStyle w:val="CVraagtekstChar"/>
          <w:b/>
          <w:i/>
          <w:sz w:val="22"/>
        </w:rPr>
        <w:t>Als het gaat om &lt;antw. Q9&gt;:</w:t>
      </w:r>
      <w:r w:rsidRPr="006838BE">
        <w:rPr>
          <w:rStyle w:val="CVraagtekstChar"/>
          <w:b/>
          <w:i/>
          <w:sz w:val="22"/>
        </w:rPr>
        <w:br/>
        <w:t xml:space="preserve">  &lt;opsomming antw. Q11&gt;</w:t>
      </w:r>
    </w:p>
    <w:p w:rsidR="00856125" w:rsidRPr="006838BE" w:rsidRDefault="00856125" w:rsidP="00856125">
      <w:pPr>
        <w:pStyle w:val="Tekst"/>
      </w:pPr>
    </w:p>
    <w:p w:rsidR="00856125" w:rsidRPr="006838BE" w:rsidRDefault="00856125" w:rsidP="009B4CE5">
      <w:pPr>
        <w:pStyle w:val="Tekst"/>
      </w:pPr>
    </w:p>
    <w:p w:rsidR="000B1969" w:rsidRDefault="000B1969" w:rsidP="00856125">
      <w:pPr>
        <w:pStyle w:val="Tekst"/>
        <w:rPr>
          <w:b/>
          <w:color w:val="808080" w:themeColor="background1" w:themeShade="80"/>
        </w:rPr>
      </w:pPr>
    </w:p>
    <w:p w:rsidR="00856125" w:rsidRPr="006838BE" w:rsidRDefault="00856125" w:rsidP="00856125">
      <w:pPr>
        <w:pStyle w:val="Tekst"/>
        <w:rPr>
          <w:b/>
          <w:color w:val="808080" w:themeColor="background1" w:themeShade="80"/>
        </w:rPr>
      </w:pPr>
      <w:proofErr w:type="spellStart"/>
      <w:r w:rsidRPr="006838BE">
        <w:rPr>
          <w:b/>
          <w:color w:val="808080" w:themeColor="background1" w:themeShade="80"/>
        </w:rPr>
        <w:t>Experience</w:t>
      </w:r>
      <w:proofErr w:type="spellEnd"/>
    </w:p>
    <w:p w:rsidR="00856125" w:rsidRPr="006838BE" w:rsidRDefault="00856125" w:rsidP="00856125">
      <w:pPr>
        <w:pStyle w:val="CVraagtekst"/>
        <w:rPr>
          <w:lang w:val="nl-NL"/>
        </w:rPr>
      </w:pPr>
      <w:r w:rsidRPr="006838BE">
        <w:rPr>
          <w:lang w:val="nl-NL"/>
        </w:rPr>
        <w:t xml:space="preserve">Q15. </w:t>
      </w:r>
      <w:r w:rsidRPr="006838BE">
        <w:rPr>
          <w:b/>
          <w:lang w:val="nl-NL"/>
        </w:rPr>
        <w:t xml:space="preserve">De manier waarop ik nu </w:t>
      </w:r>
      <w:r w:rsidR="00AF1D8F" w:rsidRPr="006838BE">
        <w:rPr>
          <w:b/>
          <w:lang w:val="nl-NL"/>
        </w:rPr>
        <w:t>het nieuws(i)</w:t>
      </w:r>
      <w:r w:rsidR="00AF1D8F" w:rsidRPr="006838BE">
        <w:rPr>
          <w:lang w:val="nl-NL"/>
        </w:rPr>
        <w:t xml:space="preserve"> </w:t>
      </w:r>
      <w:r w:rsidRPr="006838BE">
        <w:rPr>
          <w:b/>
          <w:lang w:val="nl-NL"/>
        </w:rPr>
        <w:t>volg stelt mij in staat om…</w:t>
      </w:r>
    </w:p>
    <w:p w:rsidR="00856125" w:rsidRPr="006838BE" w:rsidRDefault="00856125" w:rsidP="00856125">
      <w:pPr>
        <w:pStyle w:val="DAntwoord"/>
      </w:pPr>
      <w:r w:rsidRPr="006838BE">
        <w:t>Achterover te leunen</w:t>
      </w:r>
    </w:p>
    <w:p w:rsidR="00856125" w:rsidRPr="006838BE" w:rsidRDefault="00856125" w:rsidP="00856125">
      <w:pPr>
        <w:pStyle w:val="DAntwoord"/>
      </w:pPr>
      <w:r w:rsidRPr="006838BE">
        <w:t xml:space="preserve">Te </w:t>
      </w:r>
      <w:proofErr w:type="spellStart"/>
      <w:r w:rsidRPr="006838BE">
        <w:t>multi-tasken</w:t>
      </w:r>
      <w:proofErr w:type="spellEnd"/>
    </w:p>
    <w:p w:rsidR="00856125" w:rsidRPr="006838BE" w:rsidRDefault="00856125" w:rsidP="00856125">
      <w:pPr>
        <w:pStyle w:val="DAntwoord"/>
      </w:pPr>
      <w:r w:rsidRPr="006838BE">
        <w:t xml:space="preserve">Tijdens mijn reis </w:t>
      </w:r>
      <w:r w:rsidR="00AF1D8F" w:rsidRPr="006838BE">
        <w:t xml:space="preserve">Onderweg </w:t>
      </w:r>
      <w:r w:rsidRPr="006838BE">
        <w:t>het nieuws te volgen</w:t>
      </w:r>
    </w:p>
    <w:p w:rsidR="00856125" w:rsidRPr="006838BE" w:rsidRDefault="00856125" w:rsidP="00856125">
      <w:pPr>
        <w:pStyle w:val="DAntwoord"/>
      </w:pPr>
      <w:r w:rsidRPr="006838BE">
        <w:t>Mijn tijd efficiënt te besteden</w:t>
      </w:r>
    </w:p>
    <w:p w:rsidR="00856125" w:rsidRPr="006838BE" w:rsidRDefault="00856125" w:rsidP="00856125">
      <w:pPr>
        <w:pStyle w:val="DAntwoord"/>
      </w:pPr>
      <w:r w:rsidRPr="006838BE">
        <w:t>Een slimmer persoon te zijn</w:t>
      </w:r>
    </w:p>
    <w:p w:rsidR="00856125" w:rsidRPr="006838BE" w:rsidRDefault="00856125" w:rsidP="00856125">
      <w:pPr>
        <w:pStyle w:val="DAntwoord"/>
      </w:pPr>
      <w:r w:rsidRPr="006838BE">
        <w:t xml:space="preserve">Betere keuzes te maken </w:t>
      </w:r>
    </w:p>
    <w:p w:rsidR="00856125" w:rsidRPr="006838BE" w:rsidRDefault="00856125" w:rsidP="00856125">
      <w:pPr>
        <w:pStyle w:val="DAntwoord"/>
      </w:pPr>
      <w:r w:rsidRPr="006838BE">
        <w:t>Mee te kunnen praten met mijn familie en vrienden</w:t>
      </w:r>
    </w:p>
    <w:p w:rsidR="00856125" w:rsidRPr="006838BE" w:rsidRDefault="00856125" w:rsidP="00856125">
      <w:pPr>
        <w:pStyle w:val="DAntwoord"/>
      </w:pPr>
      <w:r w:rsidRPr="006838BE">
        <w:t>Mee te kunnen praten met mijn collega’s</w:t>
      </w:r>
    </w:p>
    <w:p w:rsidR="00856125" w:rsidRPr="006838BE" w:rsidRDefault="00856125" w:rsidP="00856125">
      <w:pPr>
        <w:pStyle w:val="DAntwoord"/>
      </w:pPr>
      <w:r w:rsidRPr="006838BE">
        <w:t>Geen van bovenstaande</w:t>
      </w:r>
    </w:p>
    <w:p w:rsidR="00856125" w:rsidRPr="006838BE" w:rsidRDefault="00856125" w:rsidP="009B4CE5">
      <w:pPr>
        <w:pStyle w:val="Tekst"/>
      </w:pPr>
    </w:p>
    <w:p w:rsidR="00856125" w:rsidRPr="006838BE" w:rsidRDefault="00856125" w:rsidP="00856125">
      <w:pPr>
        <w:pStyle w:val="Tekst"/>
        <w:rPr>
          <w:b/>
          <w:color w:val="808080" w:themeColor="background1" w:themeShade="80"/>
        </w:rPr>
      </w:pPr>
      <w:r w:rsidRPr="006838BE">
        <w:rPr>
          <w:b/>
          <w:color w:val="808080" w:themeColor="background1" w:themeShade="80"/>
        </w:rPr>
        <w:t>Feeling</w:t>
      </w:r>
    </w:p>
    <w:p w:rsidR="00856125" w:rsidRPr="006838BE" w:rsidRDefault="00856125" w:rsidP="00856125">
      <w:pPr>
        <w:pStyle w:val="CVraagtekst"/>
        <w:rPr>
          <w:lang w:val="nl-NL"/>
        </w:rPr>
      </w:pPr>
      <w:r w:rsidRPr="006838BE">
        <w:rPr>
          <w:lang w:val="nl-NL"/>
        </w:rPr>
        <w:t xml:space="preserve">Q14. </w:t>
      </w:r>
      <w:r w:rsidRPr="006838BE">
        <w:rPr>
          <w:b/>
          <w:lang w:val="nl-NL"/>
        </w:rPr>
        <w:t xml:space="preserve">De manier waarop ik op dit moment nieuws, actualiteiten en entertainment volg, geeft me </w:t>
      </w:r>
      <w:r w:rsidRPr="006838BE">
        <w:rPr>
          <w:b/>
          <w:u w:val="single"/>
          <w:lang w:val="nl-NL"/>
        </w:rPr>
        <w:t>het meest</w:t>
      </w:r>
      <w:r w:rsidRPr="006838BE">
        <w:rPr>
          <w:b/>
          <w:lang w:val="nl-NL"/>
        </w:rPr>
        <w:t xml:space="preserve"> een gevoel van …</w:t>
      </w:r>
      <w:r w:rsidRPr="006838BE">
        <w:rPr>
          <w:lang w:val="nl-NL"/>
        </w:rPr>
        <w:t xml:space="preserve"> </w:t>
      </w:r>
    </w:p>
    <w:p w:rsidR="00856125" w:rsidRPr="006838BE" w:rsidRDefault="00856125" w:rsidP="00856125">
      <w:pPr>
        <w:pStyle w:val="DAntwoord"/>
      </w:pPr>
      <w:r w:rsidRPr="006838BE">
        <w:t>Zekerheid</w:t>
      </w:r>
    </w:p>
    <w:p w:rsidR="00856125" w:rsidRPr="006838BE" w:rsidRDefault="00856125" w:rsidP="00856125">
      <w:pPr>
        <w:pStyle w:val="DAntwoord"/>
      </w:pPr>
      <w:r w:rsidRPr="006838BE">
        <w:t>Vertrouwen</w:t>
      </w:r>
    </w:p>
    <w:p w:rsidR="00856125" w:rsidRPr="006838BE" w:rsidRDefault="00856125" w:rsidP="00856125">
      <w:pPr>
        <w:pStyle w:val="DAntwoord"/>
      </w:pPr>
      <w:r w:rsidRPr="006838BE">
        <w:t>Gemak</w:t>
      </w:r>
    </w:p>
    <w:p w:rsidR="00856125" w:rsidRPr="006838BE" w:rsidRDefault="00856125" w:rsidP="00856125">
      <w:pPr>
        <w:pStyle w:val="DAntwoord"/>
      </w:pPr>
      <w:r w:rsidRPr="006838BE">
        <w:t>Structuur</w:t>
      </w:r>
    </w:p>
    <w:p w:rsidR="00856125" w:rsidRPr="006838BE" w:rsidRDefault="00856125" w:rsidP="00856125">
      <w:pPr>
        <w:pStyle w:val="DAntwoord"/>
      </w:pPr>
      <w:r w:rsidRPr="006838BE">
        <w:t>Productiviteit</w:t>
      </w:r>
    </w:p>
    <w:p w:rsidR="00856125" w:rsidRPr="006838BE" w:rsidRDefault="00856125" w:rsidP="00856125">
      <w:pPr>
        <w:pStyle w:val="DAntwoord"/>
      </w:pPr>
      <w:r w:rsidRPr="006838BE">
        <w:t>Onrust</w:t>
      </w:r>
    </w:p>
    <w:p w:rsidR="00856125" w:rsidRPr="006838BE" w:rsidRDefault="00856125" w:rsidP="00856125">
      <w:pPr>
        <w:pStyle w:val="DAntwoord"/>
      </w:pPr>
      <w:r w:rsidRPr="006838BE">
        <w:t>Onzekerheid</w:t>
      </w:r>
    </w:p>
    <w:p w:rsidR="00856125" w:rsidRPr="006838BE" w:rsidRDefault="00856125" w:rsidP="00856125">
      <w:pPr>
        <w:pStyle w:val="DAntwoord"/>
      </w:pPr>
      <w:r w:rsidRPr="006838BE">
        <w:t>Ontevredenheid</w:t>
      </w:r>
    </w:p>
    <w:p w:rsidR="00856125" w:rsidRPr="006838BE" w:rsidRDefault="00856125" w:rsidP="00856125">
      <w:pPr>
        <w:pStyle w:val="DAntwoord"/>
      </w:pPr>
      <w:r w:rsidRPr="006838BE">
        <w:t>Lusteloosheid</w:t>
      </w:r>
    </w:p>
    <w:p w:rsidR="00856125" w:rsidRPr="006838BE" w:rsidRDefault="00856125" w:rsidP="00856125">
      <w:pPr>
        <w:pStyle w:val="DAntwoord"/>
      </w:pPr>
      <w:r w:rsidRPr="006838BE">
        <w:t>Verveling</w:t>
      </w:r>
    </w:p>
    <w:p w:rsidR="00856125" w:rsidRPr="006838BE" w:rsidRDefault="00856125" w:rsidP="00856125">
      <w:pPr>
        <w:pStyle w:val="DAntwoord"/>
      </w:pPr>
      <w:r w:rsidRPr="006838BE">
        <w:t xml:space="preserve">Frustratie </w:t>
      </w:r>
    </w:p>
    <w:p w:rsidR="00856125" w:rsidRPr="006838BE" w:rsidRDefault="00856125" w:rsidP="00856125">
      <w:pPr>
        <w:pStyle w:val="DAntwoord"/>
      </w:pPr>
      <w:r w:rsidRPr="006838BE">
        <w:t xml:space="preserve">Anders, namelijk: … </w:t>
      </w:r>
    </w:p>
    <w:p w:rsidR="00E32719" w:rsidRPr="006838BE" w:rsidRDefault="00E32719" w:rsidP="00E32719">
      <w:pPr>
        <w:pStyle w:val="DAntwoord"/>
        <w:numPr>
          <w:ilvl w:val="0"/>
          <w:numId w:val="0"/>
        </w:numPr>
        <w:ind w:left="720" w:hanging="360"/>
      </w:pPr>
    </w:p>
    <w:p w:rsidR="005255E6" w:rsidRPr="000B1969" w:rsidRDefault="008714F3" w:rsidP="000B1969">
      <w:pPr>
        <w:pStyle w:val="Tekst"/>
        <w:rPr>
          <w:b/>
          <w:color w:val="808080" w:themeColor="background1" w:themeShade="80"/>
        </w:rPr>
      </w:pPr>
      <w:r w:rsidRPr="006838BE">
        <w:rPr>
          <w:b/>
          <w:color w:val="808080" w:themeColor="background1" w:themeShade="80"/>
        </w:rPr>
        <w:t>Thinking</w:t>
      </w:r>
      <w:r w:rsidR="00856125" w:rsidRPr="006838BE">
        <w:br/>
      </w:r>
      <w:r w:rsidR="005255E6" w:rsidRPr="006838BE">
        <w:t xml:space="preserve">Q13. </w:t>
      </w:r>
      <w:r w:rsidR="005255E6" w:rsidRPr="006838BE">
        <w:rPr>
          <w:b/>
        </w:rPr>
        <w:t xml:space="preserve">Wat zijn voor jou de </w:t>
      </w:r>
      <w:r w:rsidR="005255E6" w:rsidRPr="006838BE">
        <w:rPr>
          <w:b/>
          <w:u w:val="single"/>
        </w:rPr>
        <w:t>belangrijkste afwegingen</w:t>
      </w:r>
      <w:r w:rsidR="00A37016" w:rsidRPr="006838BE">
        <w:rPr>
          <w:b/>
        </w:rPr>
        <w:t xml:space="preserve"> </w:t>
      </w:r>
      <w:r w:rsidR="00243D25" w:rsidRPr="006838BE">
        <w:rPr>
          <w:b/>
        </w:rPr>
        <w:t xml:space="preserve">voor het kiezen van </w:t>
      </w:r>
      <w:r w:rsidR="00856125" w:rsidRPr="006838BE">
        <w:rPr>
          <w:b/>
        </w:rPr>
        <w:t>een nieuwe</w:t>
      </w:r>
      <w:r w:rsidR="00A37016" w:rsidRPr="006838BE">
        <w:rPr>
          <w:b/>
        </w:rPr>
        <w:t xml:space="preserve"> manier</w:t>
      </w:r>
      <w:r w:rsidR="00243D25" w:rsidRPr="006838BE">
        <w:rPr>
          <w:b/>
        </w:rPr>
        <w:t xml:space="preserve"> </w:t>
      </w:r>
      <w:r w:rsidR="00856125" w:rsidRPr="006838BE">
        <w:rPr>
          <w:b/>
        </w:rPr>
        <w:t xml:space="preserve"> om </w:t>
      </w:r>
      <w:r w:rsidR="00A37016" w:rsidRPr="006838BE">
        <w:rPr>
          <w:b/>
        </w:rPr>
        <w:t xml:space="preserve">nieuws, actualiteiten en entertainment </w:t>
      </w:r>
      <w:r w:rsidR="00856125" w:rsidRPr="006838BE">
        <w:rPr>
          <w:b/>
        </w:rPr>
        <w:t>te volgen</w:t>
      </w:r>
      <w:r w:rsidR="005255E6" w:rsidRPr="006838BE">
        <w:rPr>
          <w:b/>
        </w:rPr>
        <w:t>?</w:t>
      </w:r>
      <w:r w:rsidR="005255E6" w:rsidRPr="006838BE">
        <w:t xml:space="preserve"> </w:t>
      </w:r>
    </w:p>
    <w:p w:rsidR="005255E6" w:rsidRPr="006838BE" w:rsidRDefault="006F451E" w:rsidP="005255E6">
      <w:pPr>
        <w:pStyle w:val="Tekst"/>
        <w:rPr>
          <w:i/>
        </w:rPr>
      </w:pPr>
      <w:r w:rsidRPr="006838BE">
        <w:rPr>
          <w:i/>
        </w:rPr>
        <w:t>Maximaal 3 antwoorden mogelijk</w:t>
      </w:r>
    </w:p>
    <w:p w:rsidR="005255E6" w:rsidRPr="006838BE" w:rsidRDefault="005255E6" w:rsidP="005255E6">
      <w:pPr>
        <w:pStyle w:val="Tekst"/>
        <w:rPr>
          <w:i/>
          <w:color w:val="52C3C8"/>
        </w:rPr>
      </w:pPr>
      <w:r w:rsidRPr="006838BE">
        <w:rPr>
          <w:i/>
          <w:color w:val="52C3C8"/>
        </w:rPr>
        <w:t>Randomiseren</w:t>
      </w:r>
    </w:p>
    <w:p w:rsidR="005255E6" w:rsidRPr="006838BE" w:rsidRDefault="005255E6" w:rsidP="005255E6">
      <w:pPr>
        <w:pStyle w:val="Tekst"/>
        <w:rPr>
          <w:b/>
          <w:color w:val="808080" w:themeColor="background1" w:themeShade="80"/>
        </w:rPr>
      </w:pPr>
    </w:p>
    <w:p w:rsidR="005255E6" w:rsidRPr="006838BE" w:rsidRDefault="005255E6" w:rsidP="005255E6">
      <w:pPr>
        <w:pStyle w:val="DAntwoord"/>
      </w:pPr>
      <w:r w:rsidRPr="006838BE">
        <w:t>Ik vind papier fijner lezen</w:t>
      </w:r>
      <w:r w:rsidR="00B81A81" w:rsidRPr="006838BE">
        <w:t xml:space="preserve"> dan digitaal</w:t>
      </w:r>
    </w:p>
    <w:p w:rsidR="00B81A81" w:rsidRPr="006838BE" w:rsidRDefault="00B81A81" w:rsidP="005255E6">
      <w:pPr>
        <w:pStyle w:val="DAntwoord"/>
      </w:pPr>
      <w:r w:rsidRPr="006838BE">
        <w:t>Ik vind digitaal fijner lezen dan papier</w:t>
      </w:r>
    </w:p>
    <w:p w:rsidR="005255E6" w:rsidRPr="006838BE" w:rsidRDefault="005255E6" w:rsidP="005255E6">
      <w:pPr>
        <w:pStyle w:val="DAntwoord"/>
      </w:pPr>
      <w:r w:rsidRPr="006838BE">
        <w:t>Ik vind luisteren fijner dan lezen</w:t>
      </w:r>
    </w:p>
    <w:p w:rsidR="00243D25" w:rsidRPr="006838BE" w:rsidRDefault="00243D25" w:rsidP="00243D25">
      <w:pPr>
        <w:pStyle w:val="DAntwoord"/>
      </w:pPr>
      <w:r w:rsidRPr="006838BE">
        <w:t xml:space="preserve">Ik vind lezen fijner luisteren </w:t>
      </w:r>
    </w:p>
    <w:p w:rsidR="005255E6" w:rsidRPr="006838BE" w:rsidRDefault="005255E6" w:rsidP="005255E6">
      <w:pPr>
        <w:pStyle w:val="DAntwoord"/>
      </w:pPr>
      <w:r w:rsidRPr="006838BE">
        <w:t>Ik vind kijken fijner dan lezen</w:t>
      </w:r>
    </w:p>
    <w:p w:rsidR="00A37016" w:rsidRPr="006838BE" w:rsidRDefault="00A37016" w:rsidP="005255E6">
      <w:pPr>
        <w:pStyle w:val="DAntwoord"/>
      </w:pPr>
      <w:r w:rsidRPr="006838BE">
        <w:t>Ik vind lezen fijner dan kijken</w:t>
      </w:r>
    </w:p>
    <w:p w:rsidR="005255E6" w:rsidRPr="006838BE" w:rsidRDefault="00DF4972" w:rsidP="005255E6">
      <w:pPr>
        <w:pStyle w:val="DAntwoord"/>
      </w:pPr>
      <w:r w:rsidRPr="006838BE">
        <w:t>Ik wil het kunnen</w:t>
      </w:r>
      <w:r w:rsidR="00E7363B" w:rsidRPr="006838BE">
        <w:t xml:space="preserve"> lezen/</w:t>
      </w:r>
      <w:r w:rsidR="00784A75" w:rsidRPr="006838BE">
        <w:t>luisteren</w:t>
      </w:r>
      <w:r w:rsidRPr="006838BE">
        <w:t xml:space="preserve"> tijdens het reizen</w:t>
      </w:r>
    </w:p>
    <w:p w:rsidR="005255E6" w:rsidRPr="006838BE" w:rsidRDefault="005255E6" w:rsidP="00B81A81">
      <w:pPr>
        <w:pStyle w:val="DAntwoord"/>
      </w:pPr>
      <w:r w:rsidRPr="006838BE">
        <w:lastRenderedPageBreak/>
        <w:t xml:space="preserve">Ik wil het </w:t>
      </w:r>
      <w:r w:rsidR="00B81A81" w:rsidRPr="006838BE">
        <w:t>samen met anderen kunnen volgen</w:t>
      </w:r>
    </w:p>
    <w:p w:rsidR="005255E6" w:rsidRPr="006838BE" w:rsidRDefault="005255E6" w:rsidP="005255E6">
      <w:pPr>
        <w:pStyle w:val="DAntwoord"/>
      </w:pPr>
      <w:r w:rsidRPr="006838BE">
        <w:t>Ik wil altijd het nieuwste van het nieuwste</w:t>
      </w:r>
    </w:p>
    <w:p w:rsidR="00E7363B" w:rsidRPr="006838BE" w:rsidRDefault="00453742" w:rsidP="005255E6">
      <w:pPr>
        <w:pStyle w:val="DAntwoord"/>
      </w:pPr>
      <w:r w:rsidRPr="006838BE">
        <w:t>Ik</w:t>
      </w:r>
      <w:r w:rsidR="005C5109" w:rsidRPr="006838BE">
        <w:t xml:space="preserve"> </w:t>
      </w:r>
      <w:r w:rsidR="009C0AE3" w:rsidRPr="006838BE">
        <w:t xml:space="preserve">wil weten wat anderen hiervan vinden </w:t>
      </w:r>
      <w:r w:rsidR="00DF4972" w:rsidRPr="006838BE">
        <w:t xml:space="preserve"> </w:t>
      </w:r>
    </w:p>
    <w:p w:rsidR="00243D25" w:rsidRPr="006838BE" w:rsidRDefault="00243D25" w:rsidP="00243D25">
      <w:pPr>
        <w:pStyle w:val="DAntwoord"/>
        <w:numPr>
          <w:ilvl w:val="0"/>
          <w:numId w:val="0"/>
        </w:numPr>
        <w:ind w:left="720" w:hanging="360"/>
      </w:pPr>
    </w:p>
    <w:p w:rsidR="008714F3" w:rsidRPr="006838BE" w:rsidRDefault="008714F3" w:rsidP="008714F3">
      <w:pPr>
        <w:pStyle w:val="Tekst"/>
        <w:rPr>
          <w:b/>
          <w:color w:val="808080" w:themeColor="background1" w:themeShade="80"/>
        </w:rPr>
      </w:pPr>
      <w:proofErr w:type="spellStart"/>
      <w:r w:rsidRPr="006838BE">
        <w:rPr>
          <w:b/>
          <w:color w:val="808080" w:themeColor="background1" w:themeShade="80"/>
        </w:rPr>
        <w:t>Consideration</w:t>
      </w:r>
      <w:proofErr w:type="spellEnd"/>
      <w:r w:rsidRPr="006838BE">
        <w:rPr>
          <w:b/>
          <w:color w:val="808080" w:themeColor="background1" w:themeShade="80"/>
        </w:rPr>
        <w:t xml:space="preserve"> </w:t>
      </w:r>
    </w:p>
    <w:p w:rsidR="006F451E" w:rsidRPr="006838BE" w:rsidRDefault="003D7436" w:rsidP="003D7436">
      <w:pPr>
        <w:pStyle w:val="CVraagtekst"/>
        <w:rPr>
          <w:lang w:val="nl-NL"/>
        </w:rPr>
      </w:pPr>
      <w:r w:rsidRPr="006838BE">
        <w:rPr>
          <w:lang w:val="nl-NL"/>
        </w:rPr>
        <w:t xml:space="preserve">Q16. </w:t>
      </w:r>
      <w:r w:rsidR="00856125" w:rsidRPr="006838BE">
        <w:rPr>
          <w:lang w:val="nl-NL"/>
        </w:rPr>
        <w:t xml:space="preserve">De manier waarop je nu </w:t>
      </w:r>
      <w:r w:rsidR="00AF1D8F" w:rsidRPr="006838BE">
        <w:rPr>
          <w:lang w:val="nl-NL"/>
        </w:rPr>
        <w:t xml:space="preserve">het nieuws(i) </w:t>
      </w:r>
      <w:r w:rsidR="00856125" w:rsidRPr="006838BE">
        <w:rPr>
          <w:lang w:val="nl-NL"/>
        </w:rPr>
        <w:t xml:space="preserve">volgt, stelt je in staat om &lt;antw. Q15&gt;. </w:t>
      </w:r>
      <w:r w:rsidR="003F0A2F" w:rsidRPr="006838BE">
        <w:rPr>
          <w:lang w:val="nl-NL"/>
        </w:rPr>
        <w:t xml:space="preserve">Een paar vragen </w:t>
      </w:r>
      <w:r w:rsidR="00443A27" w:rsidRPr="006838BE">
        <w:rPr>
          <w:lang w:val="nl-NL"/>
        </w:rPr>
        <w:t>terug</w:t>
      </w:r>
      <w:r w:rsidR="003F0A2F" w:rsidRPr="006838BE">
        <w:rPr>
          <w:lang w:val="nl-NL"/>
        </w:rPr>
        <w:t xml:space="preserve"> heb je</w:t>
      </w:r>
      <w:r w:rsidR="009C0AE3" w:rsidRPr="006838BE">
        <w:rPr>
          <w:lang w:val="nl-NL"/>
        </w:rPr>
        <w:t xml:space="preserve"> </w:t>
      </w:r>
      <w:r w:rsidR="003F0A2F" w:rsidRPr="006838BE">
        <w:rPr>
          <w:lang w:val="nl-NL"/>
        </w:rPr>
        <w:t>aangegeven</w:t>
      </w:r>
      <w:r w:rsidR="007D3530" w:rsidRPr="006838BE">
        <w:rPr>
          <w:lang w:val="nl-NL"/>
        </w:rPr>
        <w:t xml:space="preserve"> dat je eigenlijk</w:t>
      </w:r>
      <w:r w:rsidR="003F0A2F" w:rsidRPr="006838BE">
        <w:rPr>
          <w:lang w:val="nl-NL"/>
        </w:rPr>
        <w:t xml:space="preserve"> &lt;antw. Q8&gt;. </w:t>
      </w:r>
      <w:r w:rsidR="00827449" w:rsidRPr="006838BE">
        <w:rPr>
          <w:lang w:val="nl-NL"/>
        </w:rPr>
        <w:t>Ook heb je aangegeven dat je</w:t>
      </w:r>
      <w:r w:rsidR="006F451E" w:rsidRPr="006838BE">
        <w:rPr>
          <w:lang w:val="nl-NL"/>
        </w:rPr>
        <w:t>:</w:t>
      </w:r>
    </w:p>
    <w:p w:rsidR="003F0A2F" w:rsidRPr="006838BE" w:rsidRDefault="00827449" w:rsidP="003D7436">
      <w:pPr>
        <w:pStyle w:val="CVraagtekst"/>
        <w:rPr>
          <w:lang w:val="nl-NL"/>
        </w:rPr>
      </w:pPr>
      <w:r w:rsidRPr="006838BE">
        <w:rPr>
          <w:lang w:val="nl-NL"/>
        </w:rPr>
        <w:t xml:space="preserve"> &lt;antw. Q13&gt;</w:t>
      </w:r>
      <w:r w:rsidR="00AA2D62" w:rsidRPr="006838BE">
        <w:rPr>
          <w:lang w:val="nl-NL"/>
        </w:rPr>
        <w:t xml:space="preserve">. </w:t>
      </w:r>
    </w:p>
    <w:p w:rsidR="003D7436" w:rsidRPr="006838BE" w:rsidRDefault="003D7436" w:rsidP="003D7436">
      <w:pPr>
        <w:pStyle w:val="CVraagtekst"/>
        <w:rPr>
          <w:lang w:val="nl-NL"/>
        </w:rPr>
      </w:pPr>
      <w:r w:rsidRPr="006838BE">
        <w:rPr>
          <w:lang w:val="nl-NL"/>
        </w:rPr>
        <w:t xml:space="preserve">In welke mate </w:t>
      </w:r>
      <w:r w:rsidR="00AA2D62" w:rsidRPr="006838BE">
        <w:rPr>
          <w:lang w:val="nl-NL"/>
        </w:rPr>
        <w:t>is</w:t>
      </w:r>
      <w:r w:rsidR="005B6424" w:rsidRPr="006838BE">
        <w:rPr>
          <w:lang w:val="nl-NL"/>
        </w:rPr>
        <w:t xml:space="preserve"> het volgen van </w:t>
      </w:r>
      <w:r w:rsidR="00AF1D8F" w:rsidRPr="006838BE">
        <w:rPr>
          <w:lang w:val="nl-NL"/>
        </w:rPr>
        <w:t xml:space="preserve">het nieuws(i) </w:t>
      </w:r>
      <w:r w:rsidR="005B6424" w:rsidRPr="006838BE">
        <w:rPr>
          <w:lang w:val="nl-NL"/>
        </w:rPr>
        <w:t>via</w:t>
      </w:r>
      <w:r w:rsidRPr="006838BE">
        <w:rPr>
          <w:lang w:val="nl-NL"/>
        </w:rPr>
        <w:t xml:space="preserve"> &lt;antw. Q</w:t>
      </w:r>
      <w:r w:rsidR="005B6424" w:rsidRPr="006838BE">
        <w:rPr>
          <w:lang w:val="nl-NL"/>
        </w:rPr>
        <w:t>12</w:t>
      </w:r>
      <w:r w:rsidRPr="006838BE">
        <w:rPr>
          <w:lang w:val="nl-NL"/>
        </w:rPr>
        <w:t xml:space="preserve">&gt; </w:t>
      </w:r>
      <w:r w:rsidR="003F0A2F" w:rsidRPr="006838BE">
        <w:rPr>
          <w:lang w:val="nl-NL"/>
        </w:rPr>
        <w:t xml:space="preserve">hier </w:t>
      </w:r>
      <w:r w:rsidRPr="006838BE">
        <w:rPr>
          <w:lang w:val="nl-NL"/>
        </w:rPr>
        <w:t>de oplossing</w:t>
      </w:r>
      <w:r w:rsidR="003F0A2F" w:rsidRPr="006838BE">
        <w:rPr>
          <w:lang w:val="nl-NL"/>
        </w:rPr>
        <w:t xml:space="preserve"> voor</w:t>
      </w:r>
      <w:r w:rsidRPr="006838BE">
        <w:rPr>
          <w:lang w:val="nl-NL"/>
        </w:rPr>
        <w:t xml:space="preserve">? </w:t>
      </w:r>
    </w:p>
    <w:p w:rsidR="003D7436" w:rsidRPr="006838BE" w:rsidRDefault="003D7436" w:rsidP="003D7436">
      <w:pPr>
        <w:pStyle w:val="Tekst"/>
        <w:rPr>
          <w:b/>
          <w:color w:val="808080" w:themeColor="background1" w:themeShade="80"/>
        </w:rPr>
      </w:pPr>
    </w:p>
    <w:p w:rsidR="003D7436" w:rsidRPr="006838BE" w:rsidRDefault="003D7436" w:rsidP="003D7436">
      <w:pPr>
        <w:pStyle w:val="EStelling"/>
        <w:numPr>
          <w:ilvl w:val="0"/>
          <w:numId w:val="18"/>
        </w:numPr>
      </w:pPr>
      <w:r w:rsidRPr="006838BE">
        <w:t>Niet</w:t>
      </w:r>
    </w:p>
    <w:p w:rsidR="003D7436" w:rsidRPr="006838BE" w:rsidRDefault="003D7436" w:rsidP="003D7436">
      <w:pPr>
        <w:pStyle w:val="EStelling"/>
        <w:numPr>
          <w:ilvl w:val="0"/>
          <w:numId w:val="18"/>
        </w:numPr>
      </w:pPr>
      <w:r w:rsidRPr="006838BE">
        <w:t>In beperkte mate</w:t>
      </w:r>
    </w:p>
    <w:p w:rsidR="003D7436" w:rsidRPr="006838BE" w:rsidRDefault="003D7436" w:rsidP="003D7436">
      <w:pPr>
        <w:pStyle w:val="EStelling"/>
        <w:numPr>
          <w:ilvl w:val="0"/>
          <w:numId w:val="18"/>
        </w:numPr>
      </w:pPr>
      <w:r w:rsidRPr="006838BE">
        <w:t>In enige mate</w:t>
      </w:r>
    </w:p>
    <w:p w:rsidR="003D7436" w:rsidRPr="006838BE" w:rsidRDefault="003D7436" w:rsidP="003D7436">
      <w:pPr>
        <w:pStyle w:val="EStelling"/>
        <w:numPr>
          <w:ilvl w:val="0"/>
          <w:numId w:val="18"/>
        </w:numPr>
      </w:pPr>
      <w:r w:rsidRPr="006838BE">
        <w:t>In hoge mate</w:t>
      </w:r>
    </w:p>
    <w:p w:rsidR="003D7436" w:rsidRDefault="003D7436" w:rsidP="003D7436">
      <w:pPr>
        <w:pStyle w:val="EStelling"/>
        <w:numPr>
          <w:ilvl w:val="0"/>
          <w:numId w:val="18"/>
        </w:numPr>
      </w:pPr>
      <w:r w:rsidRPr="006838BE">
        <w:t>In zeer hoge mate</w:t>
      </w:r>
    </w:p>
    <w:p w:rsidR="000B1969" w:rsidRPr="006838BE" w:rsidRDefault="000B1969" w:rsidP="000B1969">
      <w:pPr>
        <w:pStyle w:val="EStelling"/>
        <w:numPr>
          <w:ilvl w:val="0"/>
          <w:numId w:val="0"/>
        </w:numPr>
        <w:ind w:left="720" w:hanging="360"/>
      </w:pPr>
    </w:p>
    <w:p w:rsidR="008714F3" w:rsidRPr="006838BE" w:rsidRDefault="003F0A2F" w:rsidP="008714F3">
      <w:pPr>
        <w:pStyle w:val="AHoofdstuk"/>
      </w:pPr>
      <w:r w:rsidRPr="006838BE">
        <w:t xml:space="preserve">KOSTEN-BATEN ANALYSE &amp; </w:t>
      </w:r>
      <w:r w:rsidR="003177A2" w:rsidRPr="006838BE">
        <w:t>BESLISSING</w:t>
      </w:r>
    </w:p>
    <w:p w:rsidR="008714F3" w:rsidRPr="006838BE" w:rsidRDefault="000B1969" w:rsidP="008714F3">
      <w:pPr>
        <w:pStyle w:val="Tekst"/>
      </w:pPr>
      <w:r w:rsidRPr="006838BE">
        <w:rPr>
          <w:b/>
          <w:noProof/>
        </w:rPr>
        <mc:AlternateContent>
          <mc:Choice Requires="wps">
            <w:drawing>
              <wp:anchor distT="45720" distB="45720" distL="114300" distR="114300" simplePos="0" relativeHeight="251675648" behindDoc="0" locked="0" layoutInCell="1" allowOverlap="1">
                <wp:simplePos x="0" y="0"/>
                <wp:positionH relativeFrom="margin">
                  <wp:align>right</wp:align>
                </wp:positionH>
                <wp:positionV relativeFrom="paragraph">
                  <wp:posOffset>213995</wp:posOffset>
                </wp:positionV>
                <wp:extent cx="5962650" cy="1404620"/>
                <wp:effectExtent l="0" t="0" r="19050" b="1778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1404620"/>
                        </a:xfrm>
                        <a:prstGeom prst="rect">
                          <a:avLst/>
                        </a:prstGeom>
                        <a:solidFill>
                          <a:srgbClr val="FFFFFF"/>
                        </a:solidFill>
                        <a:ln w="9525">
                          <a:solidFill>
                            <a:srgbClr val="000000"/>
                          </a:solidFill>
                          <a:miter lim="800000"/>
                          <a:headEnd/>
                          <a:tailEnd/>
                        </a:ln>
                      </wps:spPr>
                      <wps:txbx>
                        <w:txbxContent>
                          <w:p w:rsidR="00F87C26" w:rsidRDefault="00F87C26" w:rsidP="00AA2D62">
                            <w:pPr>
                              <w:pStyle w:val="Tekst"/>
                              <w:rPr>
                                <w:b/>
                              </w:rPr>
                            </w:pPr>
                            <w:r>
                              <w:rPr>
                                <w:b/>
                              </w:rPr>
                              <w:t>LEVEL 4: BESLISSING</w:t>
                            </w:r>
                          </w:p>
                          <w:p w:rsidR="00F87C26" w:rsidRPr="00AE2FC1" w:rsidRDefault="00F87C26" w:rsidP="00AA2D62">
                            <w:pPr>
                              <w:pStyle w:val="Tekst"/>
                              <w:rPr>
                                <w:b/>
                              </w:rPr>
                            </w:pPr>
                            <w:r w:rsidRPr="00AE2FC1">
                              <w:rPr>
                                <w:b/>
                              </w:rPr>
                              <w:t xml:space="preserve">Beslissing en aankoop: Het moment waarop je besluit over te gaan op je aankoop.   </w:t>
                            </w:r>
                          </w:p>
                          <w:p w:rsidR="00F87C26" w:rsidRPr="00AA2D62" w:rsidRDefault="00F87C26" w:rsidP="00AA2D62">
                            <w:pPr>
                              <w:pStyle w:val="Tekst"/>
                            </w:pPr>
                            <w:r w:rsidRPr="00AE2FC1">
                              <w:t xml:space="preserve">Of je nu lang of kort oriënteert </w:t>
                            </w:r>
                            <w:r w:rsidRPr="00B53B05">
                              <w:t>en voor- en nadelen tegen elkaar afweegt, er is een moment dat je je besluit neemt om wel of niet over te gaan</w:t>
                            </w:r>
                            <w:r w:rsidRPr="00AE2FC1">
                              <w:t xml:space="preserve"> tot aankoop. Over dat moment gaan de volgende vragen</w:t>
                            </w:r>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kstvak 2" o:spid="_x0000_s1029" type="#_x0000_t202" style="position:absolute;margin-left:418.3pt;margin-top:16.85pt;width:469.5pt;height:110.6pt;z-index:2516756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">
                <v:textbox style="mso-fit-shape-to-text:t">
                  <w:txbxContent>
                    <w:p w:rsidR="00F87C26" w:rsidRDefault="00F87C26" w:rsidP="00AA2D62">
                      <w:pPr>
                        <w:pStyle w:val="Tekst"/>
                        <w:rPr>
                          <w:b/>
                        </w:rPr>
                      </w:pPr>
                      <w:r>
                        <w:rPr>
                          <w:b/>
                        </w:rPr>
                        <w:t>LEVEL 4: BESLISSING</w:t>
                      </w:r>
                    </w:p>
                    <w:p w:rsidR="00F87C26" w:rsidRPr="00AE2FC1" w:rsidRDefault="00F87C26" w:rsidP="00AA2D62">
                      <w:pPr>
                        <w:pStyle w:val="Tekst"/>
                        <w:rPr>
                          <w:b/>
                        </w:rPr>
                      </w:pPr>
                      <w:r w:rsidRPr="00AE2FC1">
                        <w:rPr>
                          <w:b/>
                        </w:rPr>
                        <w:t xml:space="preserve">Beslissing en aankoop: Het moment waarop je besluit over te gaan op je aankoop.   </w:t>
                      </w:r>
                    </w:p>
                    <w:p w:rsidR="00F87C26" w:rsidRPr="00AA2D62" w:rsidRDefault="00F87C26" w:rsidP="00AA2D62">
                      <w:pPr>
                        <w:pStyle w:val="Tekst"/>
                      </w:pPr>
                      <w:r w:rsidRPr="00AE2FC1">
                        <w:t xml:space="preserve">Of je nu lang of kort oriënteert </w:t>
                      </w:r>
                      <w:r w:rsidRPr="00B53B05">
                        <w:t>en voor- en nadelen tegen elkaar afweegt, er is een moment dat je je besluit neemt om wel of niet over te gaan</w:t>
                      </w:r>
                      <w:r w:rsidRPr="00AE2FC1">
                        <w:t xml:space="preserve"> tot aankoop. Over dat moment gaan de volgende vragen</w:t>
                      </w:r>
                      <w:r>
                        <w:t xml:space="preserve">. </w:t>
                      </w:r>
                    </w:p>
                  </w:txbxContent>
                </v:textbox>
                <w10:wrap type="square" anchorx="margin"/>
              </v:shape>
            </w:pict>
          </mc:Fallback>
        </mc:AlternateContent>
      </w:r>
    </w:p>
    <w:p w:rsidR="008714F3" w:rsidRPr="006838BE" w:rsidRDefault="008714F3" w:rsidP="008714F3">
      <w:pPr>
        <w:pStyle w:val="Tekst"/>
        <w:rPr>
          <w:b/>
          <w:color w:val="808080" w:themeColor="background1" w:themeShade="80"/>
        </w:rPr>
      </w:pPr>
      <w:r w:rsidRPr="006838BE">
        <w:rPr>
          <w:b/>
          <w:color w:val="808080" w:themeColor="background1" w:themeShade="80"/>
        </w:rPr>
        <w:t>Thinking</w:t>
      </w:r>
    </w:p>
    <w:p w:rsidR="003F0A2F" w:rsidRPr="006838BE" w:rsidRDefault="00E32719" w:rsidP="003F0A2F">
      <w:pPr>
        <w:pStyle w:val="CVraagtekst"/>
        <w:rPr>
          <w:lang w:val="nl-NL"/>
        </w:rPr>
      </w:pPr>
      <w:r w:rsidRPr="006838BE">
        <w:rPr>
          <w:lang w:val="nl-NL"/>
        </w:rPr>
        <w:t>Q</w:t>
      </w:r>
      <w:r w:rsidR="003F0A2F" w:rsidRPr="006838BE">
        <w:rPr>
          <w:lang w:val="nl-NL"/>
        </w:rPr>
        <w:t xml:space="preserve">17. </w:t>
      </w:r>
      <w:r w:rsidR="00784A75" w:rsidRPr="006838BE">
        <w:rPr>
          <w:lang w:val="nl-NL"/>
        </w:rPr>
        <w:t>Als ik nadenk over</w:t>
      </w:r>
      <w:r w:rsidR="00631E9A" w:rsidRPr="006838BE">
        <w:rPr>
          <w:lang w:val="nl-NL"/>
        </w:rPr>
        <w:t xml:space="preserve"> </w:t>
      </w:r>
      <w:r w:rsidR="003F0A2F" w:rsidRPr="006838BE">
        <w:rPr>
          <w:i/>
          <w:lang w:val="nl-NL"/>
        </w:rPr>
        <w:t>&lt;antw. Q</w:t>
      </w:r>
      <w:r w:rsidR="00467F40" w:rsidRPr="006838BE">
        <w:rPr>
          <w:i/>
          <w:lang w:val="nl-NL"/>
        </w:rPr>
        <w:t>12</w:t>
      </w:r>
      <w:r w:rsidR="003F0A2F" w:rsidRPr="006838BE">
        <w:rPr>
          <w:i/>
          <w:lang w:val="nl-NL"/>
        </w:rPr>
        <w:t>&gt;</w:t>
      </w:r>
      <w:r w:rsidR="00631E9A" w:rsidRPr="006838BE">
        <w:rPr>
          <w:lang w:val="nl-NL"/>
        </w:rPr>
        <w:t xml:space="preserve"> </w:t>
      </w:r>
      <w:r w:rsidR="00AA2D62" w:rsidRPr="006838BE">
        <w:rPr>
          <w:lang w:val="nl-NL"/>
        </w:rPr>
        <w:t>vraag ik me het volgende af…</w:t>
      </w:r>
    </w:p>
    <w:p w:rsidR="003F0A2F" w:rsidRPr="006838BE" w:rsidRDefault="003F0A2F" w:rsidP="003F0A2F">
      <w:pPr>
        <w:pStyle w:val="CVraagtekst"/>
        <w:rPr>
          <w:i/>
        </w:rPr>
      </w:pPr>
      <w:proofErr w:type="spellStart"/>
      <w:r w:rsidRPr="006838BE">
        <w:rPr>
          <w:i/>
        </w:rPr>
        <w:t>Meerdere</w:t>
      </w:r>
      <w:proofErr w:type="spellEnd"/>
      <w:r w:rsidRPr="006838BE">
        <w:rPr>
          <w:i/>
        </w:rPr>
        <w:t xml:space="preserve"> </w:t>
      </w:r>
      <w:proofErr w:type="spellStart"/>
      <w:r w:rsidRPr="006838BE">
        <w:rPr>
          <w:i/>
        </w:rPr>
        <w:t>antwoorden</w:t>
      </w:r>
      <w:proofErr w:type="spellEnd"/>
      <w:r w:rsidRPr="006838BE">
        <w:rPr>
          <w:i/>
        </w:rPr>
        <w:t xml:space="preserve"> </w:t>
      </w:r>
      <w:proofErr w:type="spellStart"/>
      <w:r w:rsidRPr="006838BE">
        <w:rPr>
          <w:i/>
        </w:rPr>
        <w:t>mogelijk</w:t>
      </w:r>
      <w:proofErr w:type="spellEnd"/>
    </w:p>
    <w:p w:rsidR="003F0A2F" w:rsidRPr="006838BE" w:rsidRDefault="003F0A2F" w:rsidP="003F0A2F">
      <w:pPr>
        <w:pStyle w:val="EStelling"/>
        <w:numPr>
          <w:ilvl w:val="0"/>
          <w:numId w:val="18"/>
        </w:numPr>
      </w:pPr>
      <w:r w:rsidRPr="006838BE">
        <w:t>Hoe lang zit ik eraan vast?</w:t>
      </w:r>
    </w:p>
    <w:p w:rsidR="003F0A2F" w:rsidRPr="006838BE" w:rsidRDefault="003F0A2F" w:rsidP="003F0A2F">
      <w:pPr>
        <w:pStyle w:val="EStelling"/>
        <w:numPr>
          <w:ilvl w:val="0"/>
          <w:numId w:val="18"/>
        </w:numPr>
      </w:pPr>
      <w:r w:rsidRPr="006838BE">
        <w:t xml:space="preserve">Wat krijg ik precies voor dit aanbod? </w:t>
      </w:r>
    </w:p>
    <w:p w:rsidR="003F0A2F" w:rsidRPr="006838BE" w:rsidRDefault="003F0A2F" w:rsidP="003F0A2F">
      <w:pPr>
        <w:pStyle w:val="EStelling"/>
        <w:numPr>
          <w:ilvl w:val="0"/>
          <w:numId w:val="18"/>
        </w:numPr>
      </w:pPr>
      <w:r w:rsidRPr="006838BE">
        <w:t xml:space="preserve">Heb ik echt alles nodig wat ik hierbij krijg aangeboden? </w:t>
      </w:r>
    </w:p>
    <w:p w:rsidR="003F0A2F" w:rsidRPr="006838BE" w:rsidRDefault="003F0A2F" w:rsidP="003F0A2F">
      <w:pPr>
        <w:pStyle w:val="EStelling"/>
        <w:numPr>
          <w:ilvl w:val="0"/>
          <w:numId w:val="18"/>
        </w:numPr>
      </w:pPr>
      <w:r w:rsidRPr="006838BE">
        <w:t xml:space="preserve">Kan het ergens anders goedkoper? </w:t>
      </w:r>
    </w:p>
    <w:p w:rsidR="003F0A2F" w:rsidRPr="006838BE" w:rsidRDefault="003F0A2F" w:rsidP="003F0A2F">
      <w:pPr>
        <w:pStyle w:val="EStelling"/>
        <w:numPr>
          <w:ilvl w:val="0"/>
          <w:numId w:val="18"/>
        </w:numPr>
      </w:pPr>
      <w:r w:rsidRPr="006838BE">
        <w:t xml:space="preserve">Wat levert het mij op? </w:t>
      </w:r>
    </w:p>
    <w:p w:rsidR="003F0A2F" w:rsidRPr="006838BE" w:rsidRDefault="003F0A2F" w:rsidP="003F0A2F">
      <w:pPr>
        <w:pStyle w:val="EStelling"/>
        <w:numPr>
          <w:ilvl w:val="0"/>
          <w:numId w:val="18"/>
        </w:numPr>
      </w:pPr>
      <w:r w:rsidRPr="006838BE">
        <w:t xml:space="preserve">Ben ik bereid hiervoor te betalen? </w:t>
      </w:r>
    </w:p>
    <w:p w:rsidR="00E7363B" w:rsidRPr="006838BE" w:rsidRDefault="00E7363B" w:rsidP="003F0A2F">
      <w:pPr>
        <w:pStyle w:val="EStelling"/>
        <w:numPr>
          <w:ilvl w:val="0"/>
          <w:numId w:val="18"/>
        </w:numPr>
      </w:pPr>
      <w:r w:rsidRPr="006838BE">
        <w:t xml:space="preserve">Is het makkelijk aan te schaffen? </w:t>
      </w:r>
    </w:p>
    <w:p w:rsidR="00E7363B" w:rsidRPr="006838BE" w:rsidRDefault="00E7363B" w:rsidP="003F0A2F">
      <w:pPr>
        <w:pStyle w:val="EStelling"/>
        <w:numPr>
          <w:ilvl w:val="0"/>
          <w:numId w:val="18"/>
        </w:numPr>
      </w:pPr>
      <w:r w:rsidRPr="006838BE">
        <w:t xml:space="preserve">Kan ik er makkelijk vanaf? </w:t>
      </w:r>
    </w:p>
    <w:p w:rsidR="00E7363B" w:rsidRPr="006838BE" w:rsidRDefault="00E7363B" w:rsidP="003F0A2F">
      <w:pPr>
        <w:pStyle w:val="EStelling"/>
        <w:numPr>
          <w:ilvl w:val="0"/>
          <w:numId w:val="18"/>
        </w:numPr>
      </w:pPr>
      <w:r w:rsidRPr="006838BE">
        <w:t xml:space="preserve">Kan ik het eerst uitproberen? </w:t>
      </w:r>
    </w:p>
    <w:p w:rsidR="004F0625" w:rsidRPr="006838BE" w:rsidRDefault="004F0625" w:rsidP="004F0625">
      <w:pPr>
        <w:pStyle w:val="EStelling"/>
        <w:numPr>
          <w:ilvl w:val="0"/>
          <w:numId w:val="18"/>
        </w:numPr>
      </w:pPr>
      <w:r w:rsidRPr="006838BE">
        <w:t>Is het makkelijk in gebruik?</w:t>
      </w:r>
    </w:p>
    <w:p w:rsidR="004F0625" w:rsidRPr="006838BE" w:rsidRDefault="004F0625" w:rsidP="004F0625">
      <w:pPr>
        <w:pStyle w:val="EStelling"/>
        <w:numPr>
          <w:ilvl w:val="0"/>
          <w:numId w:val="18"/>
        </w:numPr>
      </w:pPr>
      <w:r w:rsidRPr="006838BE">
        <w:t xml:space="preserve">Wat is de kwaliteit? </w:t>
      </w:r>
    </w:p>
    <w:p w:rsidR="004F0625" w:rsidRPr="006838BE" w:rsidRDefault="004F0625" w:rsidP="004F0625">
      <w:pPr>
        <w:pStyle w:val="EStelling"/>
        <w:numPr>
          <w:ilvl w:val="0"/>
          <w:numId w:val="18"/>
        </w:numPr>
      </w:pPr>
      <w:r w:rsidRPr="006838BE">
        <w:t xml:space="preserve">Is het actueel? </w:t>
      </w:r>
    </w:p>
    <w:p w:rsidR="00F56F66" w:rsidRPr="006838BE" w:rsidRDefault="00F56F66" w:rsidP="008714F3">
      <w:pPr>
        <w:pStyle w:val="Tekst"/>
        <w:rPr>
          <w:b/>
          <w:color w:val="808080" w:themeColor="background1" w:themeShade="80"/>
        </w:rPr>
      </w:pPr>
    </w:p>
    <w:p w:rsidR="008714F3" w:rsidRPr="006838BE" w:rsidRDefault="008714F3" w:rsidP="008714F3">
      <w:pPr>
        <w:pStyle w:val="Tekst"/>
        <w:rPr>
          <w:b/>
          <w:color w:val="808080" w:themeColor="background1" w:themeShade="80"/>
        </w:rPr>
      </w:pPr>
      <w:r w:rsidRPr="006838BE">
        <w:rPr>
          <w:b/>
          <w:color w:val="808080" w:themeColor="background1" w:themeShade="80"/>
        </w:rPr>
        <w:t>Feeling</w:t>
      </w:r>
    </w:p>
    <w:p w:rsidR="00F56F66" w:rsidRPr="006838BE" w:rsidRDefault="00F56F66" w:rsidP="00F56F66">
      <w:pPr>
        <w:pStyle w:val="CVraagtekst"/>
        <w:rPr>
          <w:lang w:val="nl-NL"/>
        </w:rPr>
      </w:pPr>
      <w:r w:rsidRPr="006838BE">
        <w:rPr>
          <w:lang w:val="nl-NL"/>
        </w:rPr>
        <w:t>Q1</w:t>
      </w:r>
      <w:r w:rsidR="000A2477" w:rsidRPr="006838BE">
        <w:rPr>
          <w:lang w:val="nl-NL"/>
        </w:rPr>
        <w:t>8</w:t>
      </w:r>
      <w:r w:rsidRPr="006838BE">
        <w:rPr>
          <w:lang w:val="nl-NL"/>
        </w:rPr>
        <w:t>. In welke mate voelt &lt;antw. Q</w:t>
      </w:r>
      <w:r w:rsidR="00467F40" w:rsidRPr="006838BE">
        <w:rPr>
          <w:lang w:val="nl-NL"/>
        </w:rPr>
        <w:t>12</w:t>
      </w:r>
      <w:r w:rsidRPr="006838BE">
        <w:rPr>
          <w:lang w:val="nl-NL"/>
        </w:rPr>
        <w:t xml:space="preserve">&gt; als… </w:t>
      </w:r>
    </w:p>
    <w:p w:rsidR="00F56F66" w:rsidRPr="006838BE" w:rsidRDefault="00F56F66" w:rsidP="00453742">
      <w:pPr>
        <w:pStyle w:val="EStelling"/>
        <w:numPr>
          <w:ilvl w:val="0"/>
          <w:numId w:val="22"/>
        </w:numPr>
      </w:pPr>
      <w:r w:rsidRPr="006838BE">
        <w:t>Een zekere keuze</w:t>
      </w:r>
    </w:p>
    <w:p w:rsidR="00F56F66" w:rsidRPr="006838BE" w:rsidRDefault="00F56F66" w:rsidP="00453742">
      <w:pPr>
        <w:pStyle w:val="EStelling"/>
        <w:numPr>
          <w:ilvl w:val="0"/>
          <w:numId w:val="22"/>
        </w:numPr>
      </w:pPr>
      <w:r w:rsidRPr="006838BE">
        <w:t xml:space="preserve">Een goede </w:t>
      </w:r>
      <w:r w:rsidR="00453742" w:rsidRPr="006838BE">
        <w:t>keuze</w:t>
      </w:r>
      <w:r w:rsidRPr="006838BE">
        <w:t xml:space="preserve"> </w:t>
      </w:r>
    </w:p>
    <w:p w:rsidR="00453742" w:rsidRPr="006838BE" w:rsidRDefault="00453742" w:rsidP="00453742">
      <w:pPr>
        <w:pStyle w:val="EStelling"/>
        <w:numPr>
          <w:ilvl w:val="0"/>
          <w:numId w:val="22"/>
        </w:numPr>
      </w:pPr>
      <w:r w:rsidRPr="006838BE">
        <w:t>Een veilige keuze</w:t>
      </w:r>
    </w:p>
    <w:p w:rsidR="00DD5B40" w:rsidRPr="006838BE" w:rsidRDefault="00DD5B40" w:rsidP="00453742">
      <w:pPr>
        <w:pStyle w:val="EStelling"/>
        <w:numPr>
          <w:ilvl w:val="0"/>
          <w:numId w:val="22"/>
        </w:numPr>
      </w:pPr>
      <w:r w:rsidRPr="006838BE">
        <w:t>Een overzichtelijke keuze</w:t>
      </w:r>
    </w:p>
    <w:p w:rsidR="00F56F66" w:rsidRPr="006838BE" w:rsidRDefault="00F56F66" w:rsidP="00453742">
      <w:pPr>
        <w:pStyle w:val="EStelling"/>
        <w:numPr>
          <w:ilvl w:val="0"/>
          <w:numId w:val="0"/>
        </w:numPr>
        <w:ind w:left="720"/>
      </w:pPr>
    </w:p>
    <w:p w:rsidR="00453742" w:rsidRPr="006838BE" w:rsidRDefault="00453742" w:rsidP="00453742">
      <w:pPr>
        <w:pStyle w:val="EStelling"/>
        <w:numPr>
          <w:ilvl w:val="1"/>
          <w:numId w:val="23"/>
        </w:numPr>
      </w:pPr>
      <w:r w:rsidRPr="006838BE">
        <w:t>Niet</w:t>
      </w:r>
    </w:p>
    <w:p w:rsidR="00453742" w:rsidRPr="006838BE" w:rsidRDefault="00453742" w:rsidP="00453742">
      <w:pPr>
        <w:pStyle w:val="EStelling"/>
        <w:numPr>
          <w:ilvl w:val="1"/>
          <w:numId w:val="23"/>
        </w:numPr>
      </w:pPr>
      <w:r w:rsidRPr="006838BE">
        <w:lastRenderedPageBreak/>
        <w:t>In beperkte mate</w:t>
      </w:r>
    </w:p>
    <w:p w:rsidR="00453742" w:rsidRPr="006838BE" w:rsidRDefault="00453742" w:rsidP="00453742">
      <w:pPr>
        <w:pStyle w:val="EStelling"/>
        <w:numPr>
          <w:ilvl w:val="1"/>
          <w:numId w:val="23"/>
        </w:numPr>
      </w:pPr>
      <w:r w:rsidRPr="006838BE">
        <w:t>In enige mate</w:t>
      </w:r>
    </w:p>
    <w:p w:rsidR="00453742" w:rsidRPr="006838BE" w:rsidRDefault="00453742" w:rsidP="00453742">
      <w:pPr>
        <w:pStyle w:val="EStelling"/>
        <w:numPr>
          <w:ilvl w:val="1"/>
          <w:numId w:val="23"/>
        </w:numPr>
      </w:pPr>
      <w:r w:rsidRPr="006838BE">
        <w:t>In hoge mate</w:t>
      </w:r>
    </w:p>
    <w:p w:rsidR="00453742" w:rsidRPr="006838BE" w:rsidRDefault="00453742" w:rsidP="00453742">
      <w:pPr>
        <w:pStyle w:val="EStelling"/>
        <w:numPr>
          <w:ilvl w:val="1"/>
          <w:numId w:val="23"/>
        </w:numPr>
      </w:pPr>
      <w:r w:rsidRPr="006838BE">
        <w:t>In zeer hoge mate</w:t>
      </w:r>
    </w:p>
    <w:p w:rsidR="00453742" w:rsidRPr="006838BE" w:rsidRDefault="00453742" w:rsidP="00453742">
      <w:pPr>
        <w:pStyle w:val="EStelling"/>
        <w:numPr>
          <w:ilvl w:val="0"/>
          <w:numId w:val="0"/>
        </w:numPr>
        <w:ind w:left="720"/>
      </w:pPr>
    </w:p>
    <w:p w:rsidR="008714F3" w:rsidRPr="006838BE" w:rsidRDefault="008714F3" w:rsidP="008714F3">
      <w:pPr>
        <w:pStyle w:val="Tekst"/>
        <w:rPr>
          <w:b/>
          <w:color w:val="808080" w:themeColor="background1" w:themeShade="80"/>
        </w:rPr>
      </w:pPr>
      <w:proofErr w:type="spellStart"/>
      <w:r w:rsidRPr="006838BE">
        <w:rPr>
          <w:b/>
          <w:color w:val="808080" w:themeColor="background1" w:themeShade="80"/>
        </w:rPr>
        <w:t>Experience</w:t>
      </w:r>
      <w:proofErr w:type="spellEnd"/>
    </w:p>
    <w:p w:rsidR="000A2477" w:rsidRPr="006838BE" w:rsidRDefault="000A2477" w:rsidP="000A2477">
      <w:pPr>
        <w:pStyle w:val="CVraagtekst"/>
        <w:rPr>
          <w:lang w:val="nl-NL"/>
        </w:rPr>
      </w:pPr>
      <w:r w:rsidRPr="006838BE">
        <w:rPr>
          <w:lang w:val="nl-NL"/>
        </w:rPr>
        <w:t xml:space="preserve">Q19. Welke van de onderstaande uitspraken is op jou van toepassing. Als </w:t>
      </w:r>
      <w:r w:rsidR="009D7C8C" w:rsidRPr="006838BE">
        <w:rPr>
          <w:lang w:val="nl-NL"/>
        </w:rPr>
        <w:t>het gaat om een</w:t>
      </w:r>
      <w:r w:rsidRPr="006838BE">
        <w:rPr>
          <w:lang w:val="nl-NL"/>
        </w:rPr>
        <w:t xml:space="preserve"> &lt;antw. Q</w:t>
      </w:r>
      <w:r w:rsidR="00467F40" w:rsidRPr="006838BE">
        <w:rPr>
          <w:lang w:val="nl-NL"/>
        </w:rPr>
        <w:t>12</w:t>
      </w:r>
      <w:r w:rsidR="00AA2D62" w:rsidRPr="006838BE">
        <w:rPr>
          <w:lang w:val="nl-NL"/>
        </w:rPr>
        <w:t>&gt; verwacht ik dat ik…</w:t>
      </w:r>
    </w:p>
    <w:p w:rsidR="000A2477" w:rsidRPr="006838BE" w:rsidRDefault="009A77AB" w:rsidP="000A2477">
      <w:pPr>
        <w:pStyle w:val="EStelling"/>
        <w:numPr>
          <w:ilvl w:val="0"/>
          <w:numId w:val="21"/>
        </w:numPr>
      </w:pPr>
      <w:r w:rsidRPr="006838BE">
        <w:t>Weet i</w:t>
      </w:r>
      <w:r w:rsidR="00E72EC9" w:rsidRPr="006838BE">
        <w:t xml:space="preserve">k </w:t>
      </w:r>
      <w:r w:rsidRPr="006838BE">
        <w:t xml:space="preserve">voor betaal </w:t>
      </w:r>
      <w:r w:rsidR="009D7C8C" w:rsidRPr="006838BE">
        <w:t xml:space="preserve"> </w:t>
      </w:r>
    </w:p>
    <w:p w:rsidR="009D7C8C" w:rsidRPr="006838BE" w:rsidRDefault="00AA2D62" w:rsidP="000A2477">
      <w:pPr>
        <w:pStyle w:val="EStelling"/>
        <w:numPr>
          <w:ilvl w:val="0"/>
          <w:numId w:val="21"/>
        </w:numPr>
      </w:pPr>
      <w:r w:rsidRPr="006838BE">
        <w:t xml:space="preserve">Alles </w:t>
      </w:r>
      <w:r w:rsidR="009D7C8C" w:rsidRPr="006838BE">
        <w:t>uit mijn abonnement</w:t>
      </w:r>
      <w:r w:rsidRPr="006838BE">
        <w:t xml:space="preserve"> haal</w:t>
      </w:r>
    </w:p>
    <w:p w:rsidR="009A77AB" w:rsidRPr="006838BE" w:rsidRDefault="00AA2D62" w:rsidP="00B95063">
      <w:pPr>
        <w:pStyle w:val="EStelling"/>
        <w:numPr>
          <w:ilvl w:val="0"/>
          <w:numId w:val="21"/>
        </w:numPr>
      </w:pPr>
      <w:r w:rsidRPr="006838BE">
        <w:t>Waar krijg</w:t>
      </w:r>
      <w:r w:rsidR="009A77AB" w:rsidRPr="006838BE">
        <w:t xml:space="preserve"> voor mijn geld</w:t>
      </w:r>
    </w:p>
    <w:p w:rsidR="009D7C8C" w:rsidRPr="006838BE" w:rsidRDefault="009D7C8C" w:rsidP="009A77AB">
      <w:pPr>
        <w:pStyle w:val="EStelling"/>
        <w:numPr>
          <w:ilvl w:val="0"/>
          <w:numId w:val="0"/>
        </w:numPr>
        <w:ind w:left="720" w:hanging="360"/>
      </w:pPr>
    </w:p>
    <w:p w:rsidR="009A77AB" w:rsidRPr="006838BE" w:rsidRDefault="009A77AB" w:rsidP="009A77AB">
      <w:pPr>
        <w:pStyle w:val="EStelling"/>
        <w:numPr>
          <w:ilvl w:val="0"/>
          <w:numId w:val="24"/>
        </w:numPr>
      </w:pPr>
      <w:r w:rsidRPr="006838BE">
        <w:t>Zeer oneens</w:t>
      </w:r>
    </w:p>
    <w:p w:rsidR="009A77AB" w:rsidRPr="006838BE" w:rsidRDefault="009A77AB" w:rsidP="009A77AB">
      <w:pPr>
        <w:pStyle w:val="EStelling"/>
        <w:numPr>
          <w:ilvl w:val="0"/>
          <w:numId w:val="24"/>
        </w:numPr>
      </w:pPr>
      <w:r w:rsidRPr="006838BE">
        <w:t>Oneens</w:t>
      </w:r>
    </w:p>
    <w:p w:rsidR="009A77AB" w:rsidRPr="006838BE" w:rsidRDefault="009A77AB" w:rsidP="009A77AB">
      <w:pPr>
        <w:pStyle w:val="EStelling"/>
        <w:numPr>
          <w:ilvl w:val="0"/>
          <w:numId w:val="24"/>
        </w:numPr>
      </w:pPr>
      <w:r w:rsidRPr="006838BE">
        <w:t>Niet eens, niet oneens</w:t>
      </w:r>
    </w:p>
    <w:p w:rsidR="009A77AB" w:rsidRPr="006838BE" w:rsidRDefault="009A77AB" w:rsidP="009A77AB">
      <w:pPr>
        <w:pStyle w:val="EStelling"/>
        <w:numPr>
          <w:ilvl w:val="0"/>
          <w:numId w:val="24"/>
        </w:numPr>
      </w:pPr>
      <w:r w:rsidRPr="006838BE">
        <w:t>Eens</w:t>
      </w:r>
    </w:p>
    <w:p w:rsidR="009A77AB" w:rsidRPr="006838BE" w:rsidRDefault="009A77AB" w:rsidP="009A77AB">
      <w:pPr>
        <w:pStyle w:val="EStelling"/>
        <w:numPr>
          <w:ilvl w:val="0"/>
          <w:numId w:val="24"/>
        </w:numPr>
      </w:pPr>
      <w:r w:rsidRPr="006838BE">
        <w:t>Zeer eens</w:t>
      </w:r>
    </w:p>
    <w:p w:rsidR="007D3530" w:rsidRPr="006838BE" w:rsidRDefault="007D3530" w:rsidP="008714F3">
      <w:pPr>
        <w:pStyle w:val="Tekst"/>
        <w:rPr>
          <w:b/>
          <w:color w:val="808080" w:themeColor="background1" w:themeShade="80"/>
        </w:rPr>
      </w:pPr>
    </w:p>
    <w:p w:rsidR="008714F3" w:rsidRPr="006838BE" w:rsidRDefault="008714F3" w:rsidP="008714F3">
      <w:pPr>
        <w:pStyle w:val="Tekst"/>
        <w:rPr>
          <w:b/>
          <w:color w:val="808080" w:themeColor="background1" w:themeShade="80"/>
        </w:rPr>
      </w:pPr>
      <w:proofErr w:type="spellStart"/>
      <w:r w:rsidRPr="006838BE">
        <w:rPr>
          <w:b/>
          <w:color w:val="808080" w:themeColor="background1" w:themeShade="80"/>
        </w:rPr>
        <w:t>Consideration</w:t>
      </w:r>
      <w:proofErr w:type="spellEnd"/>
      <w:r w:rsidRPr="006838BE">
        <w:rPr>
          <w:b/>
          <w:color w:val="808080" w:themeColor="background1" w:themeShade="80"/>
        </w:rPr>
        <w:t xml:space="preserve"> </w:t>
      </w:r>
    </w:p>
    <w:p w:rsidR="000A2477" w:rsidRPr="006838BE" w:rsidRDefault="000A2477" w:rsidP="000A2477">
      <w:pPr>
        <w:pStyle w:val="CVraagtekst"/>
        <w:rPr>
          <w:lang w:val="nl-NL"/>
        </w:rPr>
      </w:pPr>
      <w:r w:rsidRPr="006838BE">
        <w:rPr>
          <w:lang w:val="nl-NL"/>
        </w:rPr>
        <w:t xml:space="preserve">Q20. Ben je bereid om voor </w:t>
      </w:r>
      <w:r w:rsidR="009C0AE3" w:rsidRPr="006838BE">
        <w:rPr>
          <w:lang w:val="nl-NL"/>
        </w:rPr>
        <w:t xml:space="preserve">het volgen van nieuws, actualiteiten en entertainment door middel van </w:t>
      </w:r>
      <w:r w:rsidRPr="006838BE">
        <w:rPr>
          <w:lang w:val="nl-NL"/>
        </w:rPr>
        <w:t>&lt; antw. Q</w:t>
      </w:r>
      <w:r w:rsidR="00467F40" w:rsidRPr="006838BE">
        <w:rPr>
          <w:lang w:val="nl-NL"/>
        </w:rPr>
        <w:t>12</w:t>
      </w:r>
      <w:r w:rsidRPr="006838BE">
        <w:rPr>
          <w:lang w:val="nl-NL"/>
        </w:rPr>
        <w:t xml:space="preserve"> &gt; te betalen?  </w:t>
      </w:r>
    </w:p>
    <w:p w:rsidR="000A2477" w:rsidRPr="006838BE" w:rsidRDefault="000A2477" w:rsidP="000A2477">
      <w:pPr>
        <w:pStyle w:val="EStelling"/>
        <w:numPr>
          <w:ilvl w:val="0"/>
          <w:numId w:val="18"/>
        </w:numPr>
      </w:pPr>
      <w:r w:rsidRPr="006838BE">
        <w:t>Ja</w:t>
      </w:r>
    </w:p>
    <w:p w:rsidR="000A2477" w:rsidRPr="006838BE" w:rsidRDefault="000A2477" w:rsidP="000A2477">
      <w:pPr>
        <w:pStyle w:val="EStelling"/>
        <w:numPr>
          <w:ilvl w:val="0"/>
          <w:numId w:val="18"/>
        </w:numPr>
      </w:pPr>
      <w:r w:rsidRPr="006838BE">
        <w:t>Nee</w:t>
      </w:r>
    </w:p>
    <w:p w:rsidR="008714F3" w:rsidRPr="006838BE" w:rsidRDefault="008714F3" w:rsidP="00E22844">
      <w:pPr>
        <w:pStyle w:val="Tekst"/>
      </w:pPr>
    </w:p>
    <w:sectPr w:rsidR="008714F3" w:rsidRPr="006838BE" w:rsidSect="009A7879">
      <w:headerReference w:type="default" r:id="rId8"/>
      <w:footerReference w:type="default" r:id="rId9"/>
      <w:pgSz w:w="12240" w:h="15840"/>
      <w:pgMar w:top="1417" w:right="1417" w:bottom="993" w:left="1417" w:header="720" w:footer="4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7C26" w:rsidRDefault="00F87C26" w:rsidP="00C22C2E">
      <w:pPr>
        <w:spacing w:after="0" w:line="240" w:lineRule="auto"/>
      </w:pPr>
      <w:r>
        <w:separator/>
      </w:r>
    </w:p>
  </w:endnote>
  <w:endnote w:type="continuationSeparator" w:id="0">
    <w:p w:rsidR="00F87C26" w:rsidRDefault="00F87C26" w:rsidP="00C22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7C26" w:rsidRDefault="00F87C26">
    <w:pPr>
      <w:pStyle w:val="Voettekst"/>
      <w:jc w:val="right"/>
    </w:pPr>
  </w:p>
  <w:sdt>
    <w:sdtPr>
      <w:id w:val="-182508642"/>
      <w:docPartObj>
        <w:docPartGallery w:val="Page Numbers (Bottom of Page)"/>
        <w:docPartUnique/>
      </w:docPartObj>
    </w:sdtPr>
    <w:sdtEndPr/>
    <w:sdtContent>
      <w:p w:rsidR="00F87C26" w:rsidRDefault="00F87C26" w:rsidP="00CD2C3C">
        <w:pPr>
          <w:pStyle w:val="Voettekst"/>
          <w:tabs>
            <w:tab w:val="clear" w:pos="9072"/>
            <w:tab w:val="right" w:pos="8222"/>
          </w:tabs>
        </w:pPr>
        <w:r w:rsidRPr="00E10474">
          <w:rPr>
            <w:rFonts w:asciiTheme="majorHAnsi" w:hAnsiTheme="majorHAnsi"/>
            <w:noProof/>
            <w:color w:val="E63C3C"/>
            <w:lang w:val="nl-NL" w:eastAsia="nl-NL"/>
          </w:rPr>
          <mc:AlternateContent>
            <mc:Choice Requires="wps">
              <w:drawing>
                <wp:anchor distT="0" distB="0" distL="114300" distR="114300" simplePos="0" relativeHeight="251671552" behindDoc="0" locked="0" layoutInCell="1" allowOverlap="1" wp14:anchorId="2BEE3C21" wp14:editId="6D859B6C">
                  <wp:simplePos x="0" y="0"/>
                  <wp:positionH relativeFrom="column">
                    <wp:posOffset>5349931</wp:posOffset>
                  </wp:positionH>
                  <wp:positionV relativeFrom="paragraph">
                    <wp:posOffset>71424</wp:posOffset>
                  </wp:positionV>
                  <wp:extent cx="628152" cy="0"/>
                  <wp:effectExtent l="0" t="19050" r="635" b="19050"/>
                  <wp:wrapNone/>
                  <wp:docPr id="5" name="Rechte verbindingslijn 5"/>
                  <wp:cNvGraphicFramePr/>
                  <a:graphic xmlns:a="http://schemas.openxmlformats.org/drawingml/2006/main">
                    <a:graphicData uri="http://schemas.microsoft.com/office/word/2010/wordprocessingShape">
                      <wps:wsp>
                        <wps:cNvCnPr/>
                        <wps:spPr>
                          <a:xfrm flipH="1">
                            <a:off x="0" y="0"/>
                            <a:ext cx="628152" cy="0"/>
                          </a:xfrm>
                          <a:prstGeom prst="line">
                            <a:avLst/>
                          </a:prstGeom>
                          <a:ln w="28575">
                            <a:solidFill>
                              <a:srgbClr val="F04B4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374501" id="Rechte verbindingslijn 5"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1.25pt,5.6pt" to="470.7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" strokecolor="#f04b4c" strokeweight="2.25pt"/>
              </w:pict>
            </mc:Fallback>
          </mc:AlternateContent>
        </w:r>
        <w:r w:rsidRPr="00E10474">
          <w:rPr>
            <w:rFonts w:asciiTheme="majorHAnsi" w:hAnsiTheme="majorHAnsi"/>
            <w:noProof/>
            <w:color w:val="E63C3C"/>
            <w:lang w:val="nl-NL" w:eastAsia="nl-NL"/>
          </w:rPr>
          <mc:AlternateContent>
            <mc:Choice Requires="wps">
              <w:drawing>
                <wp:anchor distT="0" distB="0" distL="114300" distR="114300" simplePos="0" relativeHeight="251670528" behindDoc="0" locked="0" layoutInCell="1" allowOverlap="1" wp14:anchorId="39A86B7B" wp14:editId="0D302115">
                  <wp:simplePos x="0" y="0"/>
                  <wp:positionH relativeFrom="column">
                    <wp:posOffset>2450064</wp:posOffset>
                  </wp:positionH>
                  <wp:positionV relativeFrom="paragraph">
                    <wp:posOffset>79375</wp:posOffset>
                  </wp:positionV>
                  <wp:extent cx="2585085" cy="0"/>
                  <wp:effectExtent l="0" t="19050" r="5715" b="19050"/>
                  <wp:wrapNone/>
                  <wp:docPr id="20" name="Rechte verbindingslijn 20"/>
                  <wp:cNvGraphicFramePr/>
                  <a:graphic xmlns:a="http://schemas.openxmlformats.org/drawingml/2006/main">
                    <a:graphicData uri="http://schemas.microsoft.com/office/word/2010/wordprocessingShape">
                      <wps:wsp>
                        <wps:cNvCnPr/>
                        <wps:spPr>
                          <a:xfrm flipH="1">
                            <a:off x="0" y="0"/>
                            <a:ext cx="2585085" cy="0"/>
                          </a:xfrm>
                          <a:prstGeom prst="line">
                            <a:avLst/>
                          </a:prstGeom>
                          <a:ln w="28575">
                            <a:solidFill>
                              <a:srgbClr val="F04B4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01E4418" id="Rechte verbindingslijn 20" o:spid="_x0000_s1026" style="position:absolute;flip:x;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2.9pt,6.25pt" to="396.4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" strokecolor="#f04b4c" strokeweight="2.25pt"/>
              </w:pict>
            </mc:Fallback>
          </mc:AlternateContent>
        </w:r>
        <w:r w:rsidRPr="00E10474">
          <w:rPr>
            <w:rFonts w:asciiTheme="majorHAnsi" w:hAnsiTheme="majorHAnsi"/>
            <w:color w:val="E63C3C"/>
          </w:rPr>
          <w:t>Motivaction International B.V.</w:t>
        </w:r>
        <w:r w:rsidRPr="00F614A1">
          <w:rPr>
            <w:color w:val="E63C3C"/>
          </w:rPr>
          <w:t xml:space="preserve"> </w:t>
        </w:r>
        <w:r w:rsidRPr="00FB7F04">
          <w:tab/>
        </w:r>
        <w:r>
          <w:tab/>
        </w:r>
        <w:r w:rsidRPr="00E36146">
          <w:rPr>
            <w:rFonts w:asciiTheme="majorHAnsi" w:hAnsiTheme="majorHAnsi"/>
          </w:rPr>
          <w:fldChar w:fldCharType="begin"/>
        </w:r>
        <w:r w:rsidRPr="00E36146">
          <w:rPr>
            <w:rFonts w:asciiTheme="majorHAnsi" w:hAnsiTheme="majorHAnsi"/>
          </w:rPr>
          <w:instrText>PAGE   \* MERGEFORMAT</w:instrText>
        </w:r>
        <w:r w:rsidRPr="00E36146">
          <w:rPr>
            <w:rFonts w:asciiTheme="majorHAnsi" w:hAnsiTheme="majorHAnsi"/>
          </w:rPr>
          <w:fldChar w:fldCharType="separate"/>
        </w:r>
        <w:r>
          <w:rPr>
            <w:rFonts w:asciiTheme="majorHAnsi" w:hAnsiTheme="majorHAnsi"/>
            <w:noProof/>
          </w:rPr>
          <w:t>3</w:t>
        </w:r>
        <w:r w:rsidRPr="00E36146">
          <w:rPr>
            <w:rFonts w:asciiTheme="majorHAnsi" w:hAnsiTheme="majorHAnsi"/>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7C26" w:rsidRDefault="00F87C26" w:rsidP="00C22C2E">
      <w:pPr>
        <w:spacing w:after="0" w:line="240" w:lineRule="auto"/>
      </w:pPr>
      <w:r>
        <w:separator/>
      </w:r>
    </w:p>
  </w:footnote>
  <w:footnote w:type="continuationSeparator" w:id="0">
    <w:p w:rsidR="00F87C26" w:rsidRDefault="00F87C26" w:rsidP="00C22C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7C26" w:rsidRDefault="00F87C26">
    <w:pPr>
      <w:pStyle w:val="Koptekst"/>
    </w:pPr>
    <w:r w:rsidRPr="00C22C2E">
      <w:rPr>
        <w:noProof/>
        <w:lang w:val="nl-NL" w:eastAsia="nl-NL"/>
      </w:rPr>
      <mc:AlternateContent>
        <mc:Choice Requires="wps">
          <w:drawing>
            <wp:anchor distT="0" distB="0" distL="114300" distR="114300" simplePos="0" relativeHeight="251665408" behindDoc="0" locked="0" layoutInCell="1" allowOverlap="1" wp14:anchorId="63D64280" wp14:editId="2DC218D2">
              <wp:simplePos x="0" y="0"/>
              <wp:positionH relativeFrom="column">
                <wp:posOffset>-41275</wp:posOffset>
              </wp:positionH>
              <wp:positionV relativeFrom="paragraph">
                <wp:posOffset>-4445</wp:posOffset>
              </wp:positionV>
              <wp:extent cx="5955030" cy="0"/>
              <wp:effectExtent l="0" t="19050" r="26670" b="38100"/>
              <wp:wrapNone/>
              <wp:docPr id="8" name="Rechte verbindingslijn 7"/>
              <wp:cNvGraphicFramePr/>
              <a:graphic xmlns:a="http://schemas.openxmlformats.org/drawingml/2006/main">
                <a:graphicData uri="http://schemas.microsoft.com/office/word/2010/wordprocessingShape">
                  <wps:wsp>
                    <wps:cNvCnPr/>
                    <wps:spPr>
                      <a:xfrm>
                        <a:off x="0" y="0"/>
                        <a:ext cx="5955030" cy="0"/>
                      </a:xfrm>
                      <a:prstGeom prst="line">
                        <a:avLst/>
                      </a:prstGeom>
                      <a:ln w="57150">
                        <a:solidFill>
                          <a:srgbClr val="E73E41"/>
                        </a:solidFill>
                      </a:ln>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9DAB342" id="Rechte verbindingslijn 7"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5pt,-.35pt" to="465.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" strokecolor="#e73e41" strokeweight="4.5pt"/>
          </w:pict>
        </mc:Fallback>
      </mc:AlternateContent>
    </w:r>
    <w:r w:rsidRPr="00F56B21">
      <w:rPr>
        <w:noProof/>
        <w:lang w:val="nl-NL" w:eastAsia="nl-NL"/>
      </w:rPr>
      <w:drawing>
        <wp:anchor distT="0" distB="0" distL="114300" distR="114300" simplePos="0" relativeHeight="251668480" behindDoc="0" locked="0" layoutInCell="1" allowOverlap="1" wp14:anchorId="0A3EEE7C" wp14:editId="2B4FB562">
          <wp:simplePos x="0" y="0"/>
          <wp:positionH relativeFrom="column">
            <wp:posOffset>4821859</wp:posOffset>
          </wp:positionH>
          <wp:positionV relativeFrom="paragraph">
            <wp:posOffset>-26670</wp:posOffset>
          </wp:positionV>
          <wp:extent cx="1152127" cy="388934"/>
          <wp:effectExtent l="0" t="0" r="0" b="0"/>
          <wp:wrapNone/>
          <wp:docPr id="3"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127" cy="38893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abstractNum w:abstractNumId="6" w15:restartNumberingAfterBreak="0">
    <w:nsid w:val="023C5738"/>
    <w:multiLevelType w:val="hybridMultilevel"/>
    <w:tmpl w:val="A6FEF690"/>
    <w:lvl w:ilvl="0" w:tplc="CF464CA8">
      <w:start w:val="1"/>
      <w:numFmt w:val="bullet"/>
      <w:lvlText w:val="-"/>
      <w:lvlJc w:val="left"/>
      <w:pPr>
        <w:ind w:left="720" w:hanging="360"/>
      </w:pPr>
      <w:rPr>
        <w:rFonts w:ascii="Calibri" w:hAnsi="Calibri" w:hint="default"/>
        <w:color w:val="auto"/>
        <w:sz w:val="20"/>
      </w:rPr>
    </w:lvl>
    <w:lvl w:ilvl="1" w:tplc="2542B0F4">
      <w:start w:val="1"/>
      <w:numFmt w:val="bullet"/>
      <w:lvlText w:val=""/>
      <w:lvlJc w:val="left"/>
      <w:pPr>
        <w:ind w:left="1440" w:hanging="360"/>
      </w:pPr>
      <w:rPr>
        <w:rFonts w:ascii="Symbol" w:hAnsi="Symbol"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08FC6325"/>
    <w:multiLevelType w:val="hybridMultilevel"/>
    <w:tmpl w:val="AEEE5DF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12B320E7"/>
    <w:multiLevelType w:val="hybridMultilevel"/>
    <w:tmpl w:val="C4489DA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12D10ED6"/>
    <w:multiLevelType w:val="hybridMultilevel"/>
    <w:tmpl w:val="ADF8A86E"/>
    <w:lvl w:ilvl="0" w:tplc="2542B0F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3F60A9D"/>
    <w:multiLevelType w:val="hybridMultilevel"/>
    <w:tmpl w:val="927E877A"/>
    <w:lvl w:ilvl="0" w:tplc="2542B0F4">
      <w:start w:val="1"/>
      <w:numFmt w:val="bullet"/>
      <w:lvlText w:val=""/>
      <w:lvlJc w:val="left"/>
      <w:pPr>
        <w:ind w:left="720" w:hanging="360"/>
      </w:pPr>
      <w:rPr>
        <w:rFonts w:ascii="Symbol" w:hAnsi="Symbol" w:hint="default"/>
        <w:color w:val="auto"/>
        <w:sz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1D7E2B26"/>
    <w:multiLevelType w:val="hybridMultilevel"/>
    <w:tmpl w:val="FDD6C04A"/>
    <w:lvl w:ilvl="0" w:tplc="317A7DC6">
      <w:start w:val="1"/>
      <w:numFmt w:val="bullet"/>
      <w:lvlText w:val="-"/>
      <w:lvlJc w:val="left"/>
      <w:pPr>
        <w:ind w:left="720" w:hanging="360"/>
      </w:pPr>
      <w:rPr>
        <w:rFonts w:ascii="Calibri" w:eastAsiaTheme="minorEastAsia" w:hAnsi="Calibri" w:cs="Calibri" w:hint="default"/>
      </w:rPr>
    </w:lvl>
    <w:lvl w:ilvl="1" w:tplc="2542B0F4">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2C4715C"/>
    <w:multiLevelType w:val="hybridMultilevel"/>
    <w:tmpl w:val="D9FE99BA"/>
    <w:lvl w:ilvl="0" w:tplc="1B46A3B6">
      <w:start w:val="1"/>
      <w:numFmt w:val="bullet"/>
      <w:pStyle w:val="FAntwoordbijstelling"/>
      <w:lvlText w:val="-"/>
      <w:lvlJc w:val="left"/>
      <w:pPr>
        <w:ind w:left="1440" w:hanging="360"/>
      </w:pPr>
      <w:rPr>
        <w:rFonts w:ascii="Calibri" w:hAnsi="Calibri"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3" w15:restartNumberingAfterBreak="0">
    <w:nsid w:val="242C6535"/>
    <w:multiLevelType w:val="hybridMultilevel"/>
    <w:tmpl w:val="B9848832"/>
    <w:lvl w:ilvl="0" w:tplc="40A4261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4D11AF0"/>
    <w:multiLevelType w:val="hybridMultilevel"/>
    <w:tmpl w:val="21AACFDC"/>
    <w:lvl w:ilvl="0" w:tplc="2542B0F4">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5" w15:restartNumberingAfterBreak="0">
    <w:nsid w:val="290C75EA"/>
    <w:multiLevelType w:val="hybridMultilevel"/>
    <w:tmpl w:val="AAC6F846"/>
    <w:lvl w:ilvl="0" w:tplc="CF464CA8">
      <w:start w:val="1"/>
      <w:numFmt w:val="bullet"/>
      <w:lvlText w:val="-"/>
      <w:lvlJc w:val="left"/>
      <w:pPr>
        <w:ind w:left="720" w:hanging="360"/>
      </w:pPr>
      <w:rPr>
        <w:rFonts w:ascii="Calibri" w:hAnsi="Calibri" w:hint="default"/>
        <w:color w:val="auto"/>
        <w:sz w:val="20"/>
      </w:rPr>
    </w:lvl>
    <w:lvl w:ilvl="1" w:tplc="2542B0F4">
      <w:start w:val="1"/>
      <w:numFmt w:val="bullet"/>
      <w:lvlText w:val=""/>
      <w:lvlJc w:val="left"/>
      <w:pPr>
        <w:ind w:left="1440" w:hanging="360"/>
      </w:pPr>
      <w:rPr>
        <w:rFonts w:ascii="Symbol" w:hAnsi="Symbol"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3226044"/>
    <w:multiLevelType w:val="hybridMultilevel"/>
    <w:tmpl w:val="E2705EB4"/>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395F3137"/>
    <w:multiLevelType w:val="hybridMultilevel"/>
    <w:tmpl w:val="B0A05A16"/>
    <w:lvl w:ilvl="0" w:tplc="9A505FC0">
      <w:numFmt w:val="bullet"/>
      <w:lvlText w:val=""/>
      <w:lvlJc w:val="left"/>
      <w:pPr>
        <w:ind w:left="720" w:hanging="360"/>
      </w:pPr>
      <w:rPr>
        <w:rFonts w:ascii="Wingdings" w:eastAsiaTheme="minorEastAsia"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BC7740C"/>
    <w:multiLevelType w:val="hybridMultilevel"/>
    <w:tmpl w:val="C5D86130"/>
    <w:lvl w:ilvl="0" w:tplc="CF464CA8">
      <w:start w:val="1"/>
      <w:numFmt w:val="bullet"/>
      <w:pStyle w:val="DAntwoord"/>
      <w:lvlText w:val="-"/>
      <w:lvlJc w:val="left"/>
      <w:pPr>
        <w:ind w:left="720" w:hanging="360"/>
      </w:pPr>
      <w:rPr>
        <w:rFonts w:ascii="Calibri" w:hAnsi="Calibri" w:hint="default"/>
        <w:color w:val="auto"/>
        <w:sz w:val="20"/>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3EB73651"/>
    <w:multiLevelType w:val="hybridMultilevel"/>
    <w:tmpl w:val="08C0FCD4"/>
    <w:lvl w:ilvl="0" w:tplc="40A4261C">
      <w:start w:val="1"/>
      <w:numFmt w:val="bullet"/>
      <w:lvlText w:val=""/>
      <w:lvlJc w:val="left"/>
      <w:pPr>
        <w:ind w:left="720" w:hanging="360"/>
      </w:pPr>
      <w:rPr>
        <w:rFonts w:ascii="Symbol" w:hAnsi="Symbol" w:hint="default"/>
        <w:color w:val="auto"/>
        <w:sz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45022723"/>
    <w:multiLevelType w:val="hybridMultilevel"/>
    <w:tmpl w:val="111A8690"/>
    <w:lvl w:ilvl="0" w:tplc="880A7FD2">
      <w:numFmt w:val="bullet"/>
      <w:lvlText w:val=""/>
      <w:lvlJc w:val="left"/>
      <w:pPr>
        <w:ind w:left="720" w:hanging="360"/>
      </w:pPr>
      <w:rPr>
        <w:rFonts w:ascii="Wingdings" w:eastAsiaTheme="minorEastAsia"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8DD7D17"/>
    <w:multiLevelType w:val="hybridMultilevel"/>
    <w:tmpl w:val="65EC79E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2" w15:restartNumberingAfterBreak="0">
    <w:nsid w:val="58C7196B"/>
    <w:multiLevelType w:val="hybridMultilevel"/>
    <w:tmpl w:val="917CE41E"/>
    <w:lvl w:ilvl="0" w:tplc="317A7DC6">
      <w:start w:val="1"/>
      <w:numFmt w:val="bullet"/>
      <w:lvlText w:val="-"/>
      <w:lvlJc w:val="left"/>
      <w:pPr>
        <w:ind w:left="720" w:hanging="360"/>
      </w:pPr>
      <w:rPr>
        <w:rFonts w:ascii="Calibri" w:eastAsiaTheme="minorEastAsia"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5B405E52"/>
    <w:multiLevelType w:val="hybridMultilevel"/>
    <w:tmpl w:val="5E0C53DC"/>
    <w:lvl w:ilvl="0" w:tplc="2542B0F4">
      <w:start w:val="1"/>
      <w:numFmt w:val="bullet"/>
      <w:lvlText w:val=""/>
      <w:lvlJc w:val="left"/>
      <w:pPr>
        <w:ind w:left="720" w:hanging="360"/>
      </w:pPr>
      <w:rPr>
        <w:rFonts w:ascii="Symbol" w:hAnsi="Symbol" w:hint="default"/>
        <w:color w:val="auto"/>
        <w:sz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5CD81CE5"/>
    <w:multiLevelType w:val="hybridMultilevel"/>
    <w:tmpl w:val="70E8F840"/>
    <w:lvl w:ilvl="0" w:tplc="1DBC3270">
      <w:numFmt w:val="bullet"/>
      <w:lvlText w:val="-"/>
      <w:lvlJc w:val="left"/>
      <w:pPr>
        <w:ind w:left="720" w:hanging="360"/>
      </w:pPr>
      <w:rPr>
        <w:rFonts w:ascii="Calibri" w:eastAsiaTheme="minorEastAsia"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5DA6637C"/>
    <w:multiLevelType w:val="hybridMultilevel"/>
    <w:tmpl w:val="B24A45F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F482512"/>
    <w:multiLevelType w:val="hybridMultilevel"/>
    <w:tmpl w:val="AAD2B1D4"/>
    <w:lvl w:ilvl="0" w:tplc="40A4261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0EE565C"/>
    <w:multiLevelType w:val="hybridMultilevel"/>
    <w:tmpl w:val="7DE64762"/>
    <w:lvl w:ilvl="0" w:tplc="40A4261C">
      <w:start w:val="1"/>
      <w:numFmt w:val="bullet"/>
      <w:lvlText w:val=""/>
      <w:lvlJc w:val="left"/>
      <w:pPr>
        <w:ind w:left="720" w:hanging="360"/>
      </w:pPr>
      <w:rPr>
        <w:rFonts w:ascii="Symbol" w:hAnsi="Symbol" w:hint="default"/>
        <w:color w:val="auto"/>
        <w:sz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67EA5306"/>
    <w:multiLevelType w:val="hybridMultilevel"/>
    <w:tmpl w:val="CF905ABE"/>
    <w:lvl w:ilvl="0" w:tplc="A2D20560">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9" w15:restartNumberingAfterBreak="0">
    <w:nsid w:val="6E0A36E4"/>
    <w:multiLevelType w:val="hybridMultilevel"/>
    <w:tmpl w:val="7CE8328A"/>
    <w:lvl w:ilvl="0" w:tplc="3112EF74">
      <w:start w:val="1"/>
      <w:numFmt w:val="bullet"/>
      <w:pStyle w:val="EStelling"/>
      <w:lvlText w:val="&gt;"/>
      <w:lvlJc w:val="left"/>
      <w:pPr>
        <w:ind w:left="720" w:hanging="360"/>
      </w:pPr>
      <w:rPr>
        <w:rFonts w:ascii="Calibri" w:hAnsi="Calibri"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726A0BB5"/>
    <w:multiLevelType w:val="hybridMultilevel"/>
    <w:tmpl w:val="C4EE5D2C"/>
    <w:lvl w:ilvl="0" w:tplc="7A80ED1A">
      <w:numFmt w:val="bullet"/>
      <w:lvlText w:val=""/>
      <w:lvlJc w:val="left"/>
      <w:pPr>
        <w:ind w:left="720" w:hanging="360"/>
      </w:pPr>
      <w:rPr>
        <w:rFonts w:ascii="Wingdings" w:eastAsiaTheme="minorEastAsia"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734874B5"/>
    <w:multiLevelType w:val="hybridMultilevel"/>
    <w:tmpl w:val="2D4ACC86"/>
    <w:lvl w:ilvl="0" w:tplc="40A4261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7626629F"/>
    <w:multiLevelType w:val="hybridMultilevel"/>
    <w:tmpl w:val="6A304E2A"/>
    <w:lvl w:ilvl="0" w:tplc="2542B0F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7C3604A9"/>
    <w:multiLevelType w:val="hybridMultilevel"/>
    <w:tmpl w:val="01C8BA7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4" w15:restartNumberingAfterBreak="0">
    <w:nsid w:val="7EB70DF9"/>
    <w:multiLevelType w:val="hybridMultilevel"/>
    <w:tmpl w:val="87461BF6"/>
    <w:lvl w:ilvl="0" w:tplc="40A4261C">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4"/>
  </w:num>
  <w:num w:numId="5">
    <w:abstractNumId w:val="1"/>
  </w:num>
  <w:num w:numId="6">
    <w:abstractNumId w:val="0"/>
  </w:num>
  <w:num w:numId="7">
    <w:abstractNumId w:val="33"/>
  </w:num>
  <w:num w:numId="8">
    <w:abstractNumId w:val="25"/>
  </w:num>
  <w:num w:numId="9">
    <w:abstractNumId w:val="16"/>
  </w:num>
  <w:num w:numId="10">
    <w:abstractNumId w:val="7"/>
  </w:num>
  <w:num w:numId="11">
    <w:abstractNumId w:val="29"/>
  </w:num>
  <w:num w:numId="12">
    <w:abstractNumId w:val="12"/>
  </w:num>
  <w:num w:numId="13">
    <w:abstractNumId w:val="18"/>
  </w:num>
  <w:num w:numId="14">
    <w:abstractNumId w:val="21"/>
  </w:num>
  <w:num w:numId="15">
    <w:abstractNumId w:val="8"/>
  </w:num>
  <w:num w:numId="16">
    <w:abstractNumId w:val="26"/>
  </w:num>
  <w:num w:numId="17">
    <w:abstractNumId w:val="27"/>
  </w:num>
  <w:num w:numId="18">
    <w:abstractNumId w:val="22"/>
  </w:num>
  <w:num w:numId="19">
    <w:abstractNumId w:val="6"/>
  </w:num>
  <w:num w:numId="20">
    <w:abstractNumId w:val="23"/>
  </w:num>
  <w:num w:numId="21">
    <w:abstractNumId w:val="13"/>
  </w:num>
  <w:num w:numId="22">
    <w:abstractNumId w:val="34"/>
  </w:num>
  <w:num w:numId="23">
    <w:abstractNumId w:val="11"/>
  </w:num>
  <w:num w:numId="24">
    <w:abstractNumId w:val="14"/>
  </w:num>
  <w:num w:numId="25">
    <w:abstractNumId w:val="9"/>
  </w:num>
  <w:num w:numId="26">
    <w:abstractNumId w:val="10"/>
  </w:num>
  <w:num w:numId="27">
    <w:abstractNumId w:val="17"/>
  </w:num>
  <w:num w:numId="28">
    <w:abstractNumId w:val="20"/>
  </w:num>
  <w:num w:numId="29">
    <w:abstractNumId w:val="24"/>
  </w:num>
  <w:num w:numId="30">
    <w:abstractNumId w:val="19"/>
  </w:num>
  <w:num w:numId="31">
    <w:abstractNumId w:val="28"/>
  </w:num>
  <w:num w:numId="32">
    <w:abstractNumId w:val="31"/>
  </w:num>
  <w:num w:numId="33">
    <w:abstractNumId w:val="30"/>
  </w:num>
  <w:num w:numId="34">
    <w:abstractNumId w:val="15"/>
  </w:num>
  <w:num w:numId="35">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56F"/>
    <w:rsid w:val="00000D84"/>
    <w:rsid w:val="0000124D"/>
    <w:rsid w:val="00001B81"/>
    <w:rsid w:val="00002E9C"/>
    <w:rsid w:val="00012B36"/>
    <w:rsid w:val="00014BF0"/>
    <w:rsid w:val="00016671"/>
    <w:rsid w:val="00023117"/>
    <w:rsid w:val="00034616"/>
    <w:rsid w:val="00035E8A"/>
    <w:rsid w:val="0004329D"/>
    <w:rsid w:val="0006063C"/>
    <w:rsid w:val="00076ECB"/>
    <w:rsid w:val="00080951"/>
    <w:rsid w:val="000909CE"/>
    <w:rsid w:val="00091C11"/>
    <w:rsid w:val="000947A3"/>
    <w:rsid w:val="0009681E"/>
    <w:rsid w:val="000A2477"/>
    <w:rsid w:val="000B0D64"/>
    <w:rsid w:val="000B1969"/>
    <w:rsid w:val="000C4CF6"/>
    <w:rsid w:val="000D62FD"/>
    <w:rsid w:val="000E3446"/>
    <w:rsid w:val="000E3C57"/>
    <w:rsid w:val="001137C4"/>
    <w:rsid w:val="001209F7"/>
    <w:rsid w:val="00125756"/>
    <w:rsid w:val="0012789A"/>
    <w:rsid w:val="00130970"/>
    <w:rsid w:val="00140784"/>
    <w:rsid w:val="0015074B"/>
    <w:rsid w:val="001752F0"/>
    <w:rsid w:val="00195C3A"/>
    <w:rsid w:val="001A0AE2"/>
    <w:rsid w:val="001A119E"/>
    <w:rsid w:val="001B1D3D"/>
    <w:rsid w:val="001B7A58"/>
    <w:rsid w:val="001E0630"/>
    <w:rsid w:val="001E53EE"/>
    <w:rsid w:val="00205E50"/>
    <w:rsid w:val="002339C9"/>
    <w:rsid w:val="002376D1"/>
    <w:rsid w:val="00243D25"/>
    <w:rsid w:val="0028214B"/>
    <w:rsid w:val="00291FFD"/>
    <w:rsid w:val="0029613F"/>
    <w:rsid w:val="0029639D"/>
    <w:rsid w:val="002A1106"/>
    <w:rsid w:val="002C010F"/>
    <w:rsid w:val="002C3DBD"/>
    <w:rsid w:val="002E785C"/>
    <w:rsid w:val="002F686F"/>
    <w:rsid w:val="00315E10"/>
    <w:rsid w:val="003177A2"/>
    <w:rsid w:val="0032051A"/>
    <w:rsid w:val="003213DF"/>
    <w:rsid w:val="00326D96"/>
    <w:rsid w:val="00326F90"/>
    <w:rsid w:val="00327F8C"/>
    <w:rsid w:val="00335AE4"/>
    <w:rsid w:val="00356ECA"/>
    <w:rsid w:val="00366CF3"/>
    <w:rsid w:val="00366D4C"/>
    <w:rsid w:val="00372482"/>
    <w:rsid w:val="00392884"/>
    <w:rsid w:val="003A4317"/>
    <w:rsid w:val="003A4BC2"/>
    <w:rsid w:val="003A7BF3"/>
    <w:rsid w:val="003B3426"/>
    <w:rsid w:val="003B773D"/>
    <w:rsid w:val="003D7436"/>
    <w:rsid w:val="003E08F3"/>
    <w:rsid w:val="003E091B"/>
    <w:rsid w:val="003E151A"/>
    <w:rsid w:val="003E7A49"/>
    <w:rsid w:val="003F0A2F"/>
    <w:rsid w:val="003F1BC2"/>
    <w:rsid w:val="003F40D4"/>
    <w:rsid w:val="00403133"/>
    <w:rsid w:val="00404225"/>
    <w:rsid w:val="004054C5"/>
    <w:rsid w:val="00413D57"/>
    <w:rsid w:val="00432644"/>
    <w:rsid w:val="0043561F"/>
    <w:rsid w:val="00443A27"/>
    <w:rsid w:val="00445C02"/>
    <w:rsid w:val="00450001"/>
    <w:rsid w:val="00453742"/>
    <w:rsid w:val="004664AF"/>
    <w:rsid w:val="0046771D"/>
    <w:rsid w:val="00467F40"/>
    <w:rsid w:val="00470138"/>
    <w:rsid w:val="004704AB"/>
    <w:rsid w:val="004A15E9"/>
    <w:rsid w:val="004C352F"/>
    <w:rsid w:val="004D4C48"/>
    <w:rsid w:val="004D70B4"/>
    <w:rsid w:val="004E43D6"/>
    <w:rsid w:val="004F0625"/>
    <w:rsid w:val="004F4490"/>
    <w:rsid w:val="004F5327"/>
    <w:rsid w:val="004F6552"/>
    <w:rsid w:val="00511D36"/>
    <w:rsid w:val="00511F0B"/>
    <w:rsid w:val="0051756F"/>
    <w:rsid w:val="0052073F"/>
    <w:rsid w:val="005233A6"/>
    <w:rsid w:val="0052459B"/>
    <w:rsid w:val="005255E6"/>
    <w:rsid w:val="005262C3"/>
    <w:rsid w:val="005431C0"/>
    <w:rsid w:val="005507E0"/>
    <w:rsid w:val="0056028E"/>
    <w:rsid w:val="00564D39"/>
    <w:rsid w:val="00571120"/>
    <w:rsid w:val="00572330"/>
    <w:rsid w:val="005806FE"/>
    <w:rsid w:val="00594F95"/>
    <w:rsid w:val="0059525C"/>
    <w:rsid w:val="005A2DF1"/>
    <w:rsid w:val="005B6424"/>
    <w:rsid w:val="005C3FC5"/>
    <w:rsid w:val="005C5109"/>
    <w:rsid w:val="005D4861"/>
    <w:rsid w:val="00601599"/>
    <w:rsid w:val="006018AC"/>
    <w:rsid w:val="006018B8"/>
    <w:rsid w:val="00606E70"/>
    <w:rsid w:val="00607A5C"/>
    <w:rsid w:val="00615E8C"/>
    <w:rsid w:val="006215E9"/>
    <w:rsid w:val="006253FA"/>
    <w:rsid w:val="00631E9A"/>
    <w:rsid w:val="006323A3"/>
    <w:rsid w:val="00636AE6"/>
    <w:rsid w:val="006404EF"/>
    <w:rsid w:val="006639C0"/>
    <w:rsid w:val="006655A6"/>
    <w:rsid w:val="006838BE"/>
    <w:rsid w:val="006930F4"/>
    <w:rsid w:val="00693C25"/>
    <w:rsid w:val="006A4988"/>
    <w:rsid w:val="006B06A8"/>
    <w:rsid w:val="006D6ED2"/>
    <w:rsid w:val="006E211E"/>
    <w:rsid w:val="006F451E"/>
    <w:rsid w:val="00702122"/>
    <w:rsid w:val="0070356E"/>
    <w:rsid w:val="00706A38"/>
    <w:rsid w:val="00745C14"/>
    <w:rsid w:val="00753F75"/>
    <w:rsid w:val="00760398"/>
    <w:rsid w:val="0076136F"/>
    <w:rsid w:val="007759B8"/>
    <w:rsid w:val="00784A75"/>
    <w:rsid w:val="00784D77"/>
    <w:rsid w:val="00795C40"/>
    <w:rsid w:val="007A0274"/>
    <w:rsid w:val="007B36F7"/>
    <w:rsid w:val="007B7FA3"/>
    <w:rsid w:val="007C74B9"/>
    <w:rsid w:val="007D3530"/>
    <w:rsid w:val="00803482"/>
    <w:rsid w:val="0081224C"/>
    <w:rsid w:val="00827449"/>
    <w:rsid w:val="00843476"/>
    <w:rsid w:val="00846A1D"/>
    <w:rsid w:val="00856125"/>
    <w:rsid w:val="0086794E"/>
    <w:rsid w:val="0087043E"/>
    <w:rsid w:val="008714F3"/>
    <w:rsid w:val="008735A7"/>
    <w:rsid w:val="008768FC"/>
    <w:rsid w:val="00881280"/>
    <w:rsid w:val="008A5AC0"/>
    <w:rsid w:val="008B3822"/>
    <w:rsid w:val="008C0846"/>
    <w:rsid w:val="008C0C4D"/>
    <w:rsid w:val="008C19F6"/>
    <w:rsid w:val="008D765F"/>
    <w:rsid w:val="008F157A"/>
    <w:rsid w:val="008F75C2"/>
    <w:rsid w:val="009107A6"/>
    <w:rsid w:val="009346B3"/>
    <w:rsid w:val="00934C66"/>
    <w:rsid w:val="00947C6F"/>
    <w:rsid w:val="00950078"/>
    <w:rsid w:val="0096433F"/>
    <w:rsid w:val="00965F72"/>
    <w:rsid w:val="009740EE"/>
    <w:rsid w:val="009A77AB"/>
    <w:rsid w:val="009A7879"/>
    <w:rsid w:val="009B3F1A"/>
    <w:rsid w:val="009B4CE5"/>
    <w:rsid w:val="009B72E4"/>
    <w:rsid w:val="009C0AE3"/>
    <w:rsid w:val="009C3656"/>
    <w:rsid w:val="009D7C8C"/>
    <w:rsid w:val="009E530A"/>
    <w:rsid w:val="00A03647"/>
    <w:rsid w:val="00A12B02"/>
    <w:rsid w:val="00A15DD5"/>
    <w:rsid w:val="00A20A58"/>
    <w:rsid w:val="00A221D8"/>
    <w:rsid w:val="00A224B9"/>
    <w:rsid w:val="00A37016"/>
    <w:rsid w:val="00A51B69"/>
    <w:rsid w:val="00A54162"/>
    <w:rsid w:val="00A61EF3"/>
    <w:rsid w:val="00A6299B"/>
    <w:rsid w:val="00A6739D"/>
    <w:rsid w:val="00A7056A"/>
    <w:rsid w:val="00A76E53"/>
    <w:rsid w:val="00A82A7C"/>
    <w:rsid w:val="00A95FD9"/>
    <w:rsid w:val="00AA1D8D"/>
    <w:rsid w:val="00AA2D62"/>
    <w:rsid w:val="00AA3B27"/>
    <w:rsid w:val="00AA58E1"/>
    <w:rsid w:val="00AC14E2"/>
    <w:rsid w:val="00AC7EB0"/>
    <w:rsid w:val="00AD72CC"/>
    <w:rsid w:val="00AE2FC1"/>
    <w:rsid w:val="00AE40EC"/>
    <w:rsid w:val="00AF1D8F"/>
    <w:rsid w:val="00AF2DAE"/>
    <w:rsid w:val="00AF3244"/>
    <w:rsid w:val="00B01B5A"/>
    <w:rsid w:val="00B0780E"/>
    <w:rsid w:val="00B11C6B"/>
    <w:rsid w:val="00B356D6"/>
    <w:rsid w:val="00B35F31"/>
    <w:rsid w:val="00B47730"/>
    <w:rsid w:val="00B53B05"/>
    <w:rsid w:val="00B55290"/>
    <w:rsid w:val="00B81A81"/>
    <w:rsid w:val="00B83D41"/>
    <w:rsid w:val="00B863D9"/>
    <w:rsid w:val="00B9211E"/>
    <w:rsid w:val="00B9226B"/>
    <w:rsid w:val="00B95063"/>
    <w:rsid w:val="00B96008"/>
    <w:rsid w:val="00B97B62"/>
    <w:rsid w:val="00BA6CB0"/>
    <w:rsid w:val="00BD6BF8"/>
    <w:rsid w:val="00BF0F2B"/>
    <w:rsid w:val="00C03C0C"/>
    <w:rsid w:val="00C05F7B"/>
    <w:rsid w:val="00C11A50"/>
    <w:rsid w:val="00C13FA7"/>
    <w:rsid w:val="00C22C2E"/>
    <w:rsid w:val="00C23F62"/>
    <w:rsid w:val="00C24FEC"/>
    <w:rsid w:val="00C40789"/>
    <w:rsid w:val="00C55291"/>
    <w:rsid w:val="00C6775B"/>
    <w:rsid w:val="00C679D6"/>
    <w:rsid w:val="00C80E38"/>
    <w:rsid w:val="00C82D58"/>
    <w:rsid w:val="00C86958"/>
    <w:rsid w:val="00C917E1"/>
    <w:rsid w:val="00C93F7E"/>
    <w:rsid w:val="00CA2F92"/>
    <w:rsid w:val="00CA420E"/>
    <w:rsid w:val="00CB0664"/>
    <w:rsid w:val="00CB2745"/>
    <w:rsid w:val="00CB37A4"/>
    <w:rsid w:val="00CB6919"/>
    <w:rsid w:val="00CC382E"/>
    <w:rsid w:val="00CD2C3C"/>
    <w:rsid w:val="00CD4166"/>
    <w:rsid w:val="00CD5320"/>
    <w:rsid w:val="00CE16F2"/>
    <w:rsid w:val="00CE38E8"/>
    <w:rsid w:val="00CE6554"/>
    <w:rsid w:val="00CF3A5F"/>
    <w:rsid w:val="00D011C5"/>
    <w:rsid w:val="00D03F89"/>
    <w:rsid w:val="00D07C0B"/>
    <w:rsid w:val="00D232BC"/>
    <w:rsid w:val="00D2739D"/>
    <w:rsid w:val="00D30E04"/>
    <w:rsid w:val="00D42DF5"/>
    <w:rsid w:val="00D50BC4"/>
    <w:rsid w:val="00D51892"/>
    <w:rsid w:val="00D603B7"/>
    <w:rsid w:val="00D60DD2"/>
    <w:rsid w:val="00D63A3C"/>
    <w:rsid w:val="00D676AB"/>
    <w:rsid w:val="00D86A47"/>
    <w:rsid w:val="00DB35A3"/>
    <w:rsid w:val="00DB6F67"/>
    <w:rsid w:val="00DC1ED1"/>
    <w:rsid w:val="00DC7841"/>
    <w:rsid w:val="00DD42BC"/>
    <w:rsid w:val="00DD5A26"/>
    <w:rsid w:val="00DD5B40"/>
    <w:rsid w:val="00DD609F"/>
    <w:rsid w:val="00DE2479"/>
    <w:rsid w:val="00DE33D0"/>
    <w:rsid w:val="00DF0C3C"/>
    <w:rsid w:val="00DF4972"/>
    <w:rsid w:val="00E10474"/>
    <w:rsid w:val="00E157B2"/>
    <w:rsid w:val="00E22844"/>
    <w:rsid w:val="00E2343A"/>
    <w:rsid w:val="00E23FCB"/>
    <w:rsid w:val="00E32719"/>
    <w:rsid w:val="00E36146"/>
    <w:rsid w:val="00E41A3D"/>
    <w:rsid w:val="00E54A9A"/>
    <w:rsid w:val="00E66CDA"/>
    <w:rsid w:val="00E72DFB"/>
    <w:rsid w:val="00E72EC9"/>
    <w:rsid w:val="00E7363B"/>
    <w:rsid w:val="00E84906"/>
    <w:rsid w:val="00E851B3"/>
    <w:rsid w:val="00E9552F"/>
    <w:rsid w:val="00EA5BAE"/>
    <w:rsid w:val="00EB73BA"/>
    <w:rsid w:val="00EC6664"/>
    <w:rsid w:val="00ED4F37"/>
    <w:rsid w:val="00EE2D08"/>
    <w:rsid w:val="00EE7F24"/>
    <w:rsid w:val="00EF7CDE"/>
    <w:rsid w:val="00F00C00"/>
    <w:rsid w:val="00F040D5"/>
    <w:rsid w:val="00F16666"/>
    <w:rsid w:val="00F279FD"/>
    <w:rsid w:val="00F3334B"/>
    <w:rsid w:val="00F50253"/>
    <w:rsid w:val="00F51731"/>
    <w:rsid w:val="00F51DC9"/>
    <w:rsid w:val="00F56B21"/>
    <w:rsid w:val="00F56F66"/>
    <w:rsid w:val="00F87C26"/>
    <w:rsid w:val="00F912E0"/>
    <w:rsid w:val="00FA066B"/>
    <w:rsid w:val="00FB394B"/>
    <w:rsid w:val="00FB60D7"/>
    <w:rsid w:val="00FC0825"/>
    <w:rsid w:val="00FC36B5"/>
    <w:rsid w:val="00FC4665"/>
    <w:rsid w:val="00FC693F"/>
    <w:rsid w:val="00FE593A"/>
    <w:rsid w:val="00FF154F"/>
    <w:rsid w:val="00FF3D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1690DD8C"/>
  <w15:docId w15:val="{742F0F16-8DB1-40A4-969F-207C0C153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rsid w:val="00366CF3"/>
  </w:style>
  <w:style w:type="paragraph" w:styleId="Kop1">
    <w:name w:val="heading 1"/>
    <w:basedOn w:val="Standaard"/>
    <w:next w:val="Standaard"/>
    <w:link w:val="Kop1Char"/>
    <w:uiPriority w:val="9"/>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link w:val="GeenafstandChar"/>
    <w:uiPriority w:val="1"/>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4"/>
      </w:numPr>
      <w:contextualSpacing/>
    </w:pPr>
  </w:style>
  <w:style w:type="paragraph" w:styleId="Lijstnummering2">
    <w:name w:val="List Number 2"/>
    <w:basedOn w:val="Standaard"/>
    <w:uiPriority w:val="99"/>
    <w:unhideWhenUsed/>
    <w:rsid w:val="0029639D"/>
    <w:pPr>
      <w:numPr>
        <w:numId w:val="5"/>
      </w:numPr>
      <w:contextualSpacing/>
    </w:pPr>
  </w:style>
  <w:style w:type="paragraph" w:styleId="Lijstnummering3">
    <w:name w:val="List Number 3"/>
    <w:basedOn w:val="Standaard"/>
    <w:uiPriority w:val="99"/>
    <w:unhideWhenUsed/>
    <w:rsid w:val="0029639D"/>
    <w:pPr>
      <w:numPr>
        <w:numId w:val="6"/>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rsid w:val="00FC693F"/>
    <w:rPr>
      <w:b/>
      <w:bCs/>
    </w:rPr>
  </w:style>
  <w:style w:type="character" w:styleId="Nadruk">
    <w:name w:val="Emphasis"/>
    <w:basedOn w:val="Standaardalinea-lettertype"/>
    <w:uiPriority w:val="20"/>
    <w:rsid w:val="00FC693F"/>
    <w:rPr>
      <w:i/>
      <w:iCs/>
    </w:rPr>
  </w:style>
  <w:style w:type="paragraph" w:styleId="Duidelijkcitaat">
    <w:name w:val="Intense Quote"/>
    <w:basedOn w:val="Standaard"/>
    <w:next w:val="Standaard"/>
    <w:link w:val="DuidelijkcitaatChar"/>
    <w:uiPriority w:val="30"/>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rsid w:val="00FC693F"/>
    <w:rPr>
      <w:i/>
      <w:iCs/>
      <w:color w:val="808080" w:themeColor="text1" w:themeTint="7F"/>
    </w:rPr>
  </w:style>
  <w:style w:type="character" w:styleId="Intensievebenadrukking">
    <w:name w:val="Intense Emphasis"/>
    <w:basedOn w:val="Standaardalinea-lettertype"/>
    <w:uiPriority w:val="21"/>
    <w:rsid w:val="00FC693F"/>
    <w:rPr>
      <w:b/>
      <w:bCs/>
      <w:i/>
      <w:iCs/>
      <w:color w:val="4F81BD" w:themeColor="accent1"/>
    </w:rPr>
  </w:style>
  <w:style w:type="character" w:styleId="Subtieleverwijzing">
    <w:name w:val="Subtle Reference"/>
    <w:basedOn w:val="Standaardalinea-lettertype"/>
    <w:uiPriority w:val="31"/>
    <w:rsid w:val="00FC693F"/>
    <w:rPr>
      <w:smallCaps/>
      <w:color w:val="C0504D" w:themeColor="accent2"/>
      <w:u w:val="single"/>
    </w:rPr>
  </w:style>
  <w:style w:type="character" w:styleId="Intensieveverwijzing">
    <w:name w:val="Intense Reference"/>
    <w:basedOn w:val="Standaardalinea-lettertype"/>
    <w:uiPriority w:val="32"/>
    <w:rsid w:val="00FC693F"/>
    <w:rPr>
      <w:b/>
      <w:bCs/>
      <w:smallCaps/>
      <w:color w:val="C0504D" w:themeColor="accent2"/>
      <w:spacing w:val="5"/>
      <w:u w:val="single"/>
    </w:rPr>
  </w:style>
  <w:style w:type="character" w:styleId="Titelvanboek">
    <w:name w:val="Book Title"/>
    <w:basedOn w:val="Standaardalinea-lettertype"/>
    <w:uiPriority w:val="33"/>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Ballontekst">
    <w:name w:val="Balloon Text"/>
    <w:basedOn w:val="Standaard"/>
    <w:link w:val="BallontekstChar"/>
    <w:uiPriority w:val="99"/>
    <w:semiHidden/>
    <w:unhideWhenUsed/>
    <w:rsid w:val="00315E10"/>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15E10"/>
    <w:rPr>
      <w:rFonts w:ascii="Tahoma" w:hAnsi="Tahoma" w:cs="Tahoma"/>
      <w:sz w:val="16"/>
      <w:szCs w:val="16"/>
    </w:rPr>
  </w:style>
  <w:style w:type="paragraph" w:styleId="Koptekst">
    <w:name w:val="header"/>
    <w:basedOn w:val="Standaard"/>
    <w:link w:val="KoptekstChar"/>
    <w:uiPriority w:val="99"/>
    <w:unhideWhenUsed/>
    <w:rsid w:val="00C22C2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22C2E"/>
  </w:style>
  <w:style w:type="paragraph" w:styleId="Voettekst">
    <w:name w:val="footer"/>
    <w:basedOn w:val="Standaard"/>
    <w:link w:val="VoettekstChar"/>
    <w:uiPriority w:val="99"/>
    <w:unhideWhenUsed/>
    <w:rsid w:val="00C22C2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22C2E"/>
  </w:style>
  <w:style w:type="paragraph" w:customStyle="1" w:styleId="AHoofdstuk">
    <w:name w:val="A. Hoofdstuk"/>
    <w:basedOn w:val="Geenafstand"/>
    <w:next w:val="Tekst"/>
    <w:link w:val="AHoofdstukChar"/>
    <w:qFormat/>
    <w:rsid w:val="00CE16F2"/>
    <w:pPr>
      <w:shd w:val="clear" w:color="auto" w:fill="52C3C8"/>
    </w:pPr>
    <w:rPr>
      <w:rFonts w:ascii="Calibri" w:hAnsi="Calibri"/>
      <w:b/>
      <w:color w:val="FFFFFF" w:themeColor="background1"/>
      <w:lang w:val="nl-NL"/>
    </w:rPr>
  </w:style>
  <w:style w:type="paragraph" w:customStyle="1" w:styleId="BFilter">
    <w:name w:val="B. Filter"/>
    <w:basedOn w:val="Geenafstand"/>
    <w:next w:val="Tekst"/>
    <w:link w:val="BFilterChar"/>
    <w:qFormat/>
    <w:rsid w:val="0096433F"/>
    <w:pPr>
      <w:pBdr>
        <w:top w:val="single" w:sz="4" w:space="1" w:color="auto"/>
      </w:pBdr>
    </w:pPr>
    <w:rPr>
      <w:rFonts w:ascii="Calibri" w:hAnsi="Calibri"/>
      <w:i/>
      <w:sz w:val="18"/>
      <w:szCs w:val="18"/>
      <w:lang w:val="nl-NL"/>
    </w:rPr>
  </w:style>
  <w:style w:type="character" w:customStyle="1" w:styleId="GeenafstandChar">
    <w:name w:val="Geen afstand Char"/>
    <w:basedOn w:val="Standaardalinea-lettertype"/>
    <w:link w:val="Geenafstand"/>
    <w:uiPriority w:val="1"/>
    <w:rsid w:val="0029613F"/>
  </w:style>
  <w:style w:type="character" w:customStyle="1" w:styleId="AHoofdstukChar">
    <w:name w:val="A. Hoofdstuk Char"/>
    <w:basedOn w:val="GeenafstandChar"/>
    <w:link w:val="AHoofdstuk"/>
    <w:rsid w:val="00CE16F2"/>
    <w:rPr>
      <w:rFonts w:ascii="Calibri" w:hAnsi="Calibri"/>
      <w:b/>
      <w:color w:val="FFFFFF" w:themeColor="background1"/>
      <w:shd w:val="clear" w:color="auto" w:fill="52C3C8"/>
      <w:lang w:val="nl-NL"/>
    </w:rPr>
  </w:style>
  <w:style w:type="paragraph" w:customStyle="1" w:styleId="CVraagtekst">
    <w:name w:val="C. Vraagtekst"/>
    <w:basedOn w:val="Geenafstand"/>
    <w:next w:val="Tekst"/>
    <w:link w:val="CVraagtekstChar"/>
    <w:qFormat/>
    <w:rsid w:val="009346B3"/>
    <w:rPr>
      <w:rFonts w:asciiTheme="majorHAnsi" w:hAnsiTheme="majorHAnsi"/>
      <w:sz w:val="24"/>
      <w:szCs w:val="24"/>
    </w:rPr>
  </w:style>
  <w:style w:type="character" w:customStyle="1" w:styleId="BFilterChar">
    <w:name w:val="B. Filter Char"/>
    <w:basedOn w:val="GeenafstandChar"/>
    <w:link w:val="BFilter"/>
    <w:rsid w:val="0096433F"/>
    <w:rPr>
      <w:rFonts w:ascii="Calibri" w:hAnsi="Calibri"/>
      <w:i/>
      <w:sz w:val="18"/>
      <w:szCs w:val="18"/>
      <w:lang w:val="nl-NL"/>
    </w:rPr>
  </w:style>
  <w:style w:type="paragraph" w:customStyle="1" w:styleId="DAntwoord">
    <w:name w:val="D. Antwoord"/>
    <w:link w:val="DAntwoordChar"/>
    <w:qFormat/>
    <w:rsid w:val="00AA3B27"/>
    <w:pPr>
      <w:numPr>
        <w:numId w:val="13"/>
      </w:numPr>
      <w:spacing w:after="0" w:line="240" w:lineRule="auto"/>
    </w:pPr>
    <w:rPr>
      <w:rFonts w:ascii="Calibri" w:hAnsi="Calibri"/>
      <w:lang w:val="nl-NL"/>
    </w:rPr>
  </w:style>
  <w:style w:type="character" w:customStyle="1" w:styleId="CVraagtekstChar">
    <w:name w:val="C. Vraagtekst Char"/>
    <w:basedOn w:val="GeenafstandChar"/>
    <w:link w:val="CVraagtekst"/>
    <w:rsid w:val="009346B3"/>
    <w:rPr>
      <w:rFonts w:asciiTheme="majorHAnsi" w:hAnsiTheme="majorHAnsi"/>
      <w:sz w:val="24"/>
      <w:szCs w:val="24"/>
    </w:rPr>
  </w:style>
  <w:style w:type="paragraph" w:customStyle="1" w:styleId="EStelling">
    <w:name w:val="E. Stelling"/>
    <w:basedOn w:val="Geenafstand"/>
    <w:link w:val="EStellingChar"/>
    <w:qFormat/>
    <w:rsid w:val="00AA3B27"/>
    <w:pPr>
      <w:numPr>
        <w:numId w:val="11"/>
      </w:numPr>
    </w:pPr>
    <w:rPr>
      <w:rFonts w:ascii="Calibri" w:hAnsi="Calibri"/>
      <w:lang w:val="nl-NL"/>
    </w:rPr>
  </w:style>
  <w:style w:type="character" w:customStyle="1" w:styleId="DAntwoordChar">
    <w:name w:val="D. Antwoord Char"/>
    <w:basedOn w:val="GeenafstandChar"/>
    <w:link w:val="DAntwoord"/>
    <w:rsid w:val="00AA3B27"/>
    <w:rPr>
      <w:rFonts w:ascii="Calibri" w:hAnsi="Calibri"/>
      <w:lang w:val="nl-NL"/>
    </w:rPr>
  </w:style>
  <w:style w:type="paragraph" w:customStyle="1" w:styleId="FAntwoordbijstelling">
    <w:name w:val="F. Antwoord bij stelling"/>
    <w:basedOn w:val="Geenafstand"/>
    <w:next w:val="EStelling"/>
    <w:link w:val="FAntwoordbijstellingChar"/>
    <w:qFormat/>
    <w:rsid w:val="00AA3B27"/>
    <w:pPr>
      <w:numPr>
        <w:numId w:val="12"/>
      </w:numPr>
    </w:pPr>
    <w:rPr>
      <w:rFonts w:ascii="Calibri" w:hAnsi="Calibri"/>
      <w:lang w:val="nl-NL"/>
    </w:rPr>
  </w:style>
  <w:style w:type="character" w:customStyle="1" w:styleId="EStellingChar">
    <w:name w:val="E. Stelling Char"/>
    <w:basedOn w:val="GeenafstandChar"/>
    <w:link w:val="EStelling"/>
    <w:rsid w:val="00AA3B27"/>
    <w:rPr>
      <w:rFonts w:ascii="Calibri" w:hAnsi="Calibri"/>
      <w:lang w:val="nl-NL"/>
    </w:rPr>
  </w:style>
  <w:style w:type="paragraph" w:customStyle="1" w:styleId="Instructie2">
    <w:name w:val="Instructie 2"/>
    <w:basedOn w:val="Geenafstand"/>
    <w:next w:val="Tekst"/>
    <w:link w:val="Instructie2Char"/>
    <w:qFormat/>
    <w:rsid w:val="0029613F"/>
    <w:rPr>
      <w:rFonts w:ascii="Calibri" w:hAnsi="Calibri"/>
      <w:i/>
      <w:color w:val="52C3C8"/>
      <w:lang w:val="nl-NL"/>
    </w:rPr>
  </w:style>
  <w:style w:type="character" w:customStyle="1" w:styleId="FAntwoordbijstellingChar">
    <w:name w:val="F. Antwoord bij stelling Char"/>
    <w:basedOn w:val="GeenafstandChar"/>
    <w:link w:val="FAntwoordbijstelling"/>
    <w:rsid w:val="00AA3B27"/>
    <w:rPr>
      <w:rFonts w:ascii="Calibri" w:hAnsi="Calibri"/>
      <w:lang w:val="nl-NL"/>
    </w:rPr>
  </w:style>
  <w:style w:type="paragraph" w:customStyle="1" w:styleId="Instructie3">
    <w:name w:val="Instructie 3"/>
    <w:basedOn w:val="Geenafstand"/>
    <w:next w:val="Tekst"/>
    <w:link w:val="Instructie3Char"/>
    <w:qFormat/>
    <w:rsid w:val="0029613F"/>
    <w:rPr>
      <w:rFonts w:ascii="Calibri" w:hAnsi="Calibri"/>
      <w:i/>
      <w:color w:val="F04B4C"/>
      <w:lang w:val="nl-NL"/>
    </w:rPr>
  </w:style>
  <w:style w:type="character" w:customStyle="1" w:styleId="Instructie2Char">
    <w:name w:val="Instructie 2 Char"/>
    <w:basedOn w:val="GeenafstandChar"/>
    <w:link w:val="Instructie2"/>
    <w:rsid w:val="0029613F"/>
    <w:rPr>
      <w:rFonts w:ascii="Calibri" w:hAnsi="Calibri"/>
      <w:i/>
      <w:color w:val="52C3C8"/>
      <w:lang w:val="nl-NL"/>
    </w:rPr>
  </w:style>
  <w:style w:type="paragraph" w:customStyle="1" w:styleId="Instructie1">
    <w:name w:val="Instructie 1"/>
    <w:basedOn w:val="Geenafstand"/>
    <w:next w:val="Tekst"/>
    <w:link w:val="Instructie1Char"/>
    <w:qFormat/>
    <w:rsid w:val="0029613F"/>
    <w:rPr>
      <w:rFonts w:ascii="Calibri" w:hAnsi="Calibri"/>
      <w:i/>
      <w:lang w:val="nl-NL"/>
    </w:rPr>
  </w:style>
  <w:style w:type="character" w:customStyle="1" w:styleId="Instructie3Char">
    <w:name w:val="Instructie 3 Char"/>
    <w:basedOn w:val="GeenafstandChar"/>
    <w:link w:val="Instructie3"/>
    <w:rsid w:val="0029613F"/>
    <w:rPr>
      <w:rFonts w:ascii="Calibri" w:hAnsi="Calibri"/>
      <w:i/>
      <w:color w:val="F04B4C"/>
      <w:lang w:val="nl-NL"/>
    </w:rPr>
  </w:style>
  <w:style w:type="paragraph" w:customStyle="1" w:styleId="Tekst">
    <w:name w:val="Tekst"/>
    <w:basedOn w:val="Geenafstand"/>
    <w:link w:val="TekstChar"/>
    <w:qFormat/>
    <w:rsid w:val="0029613F"/>
    <w:rPr>
      <w:rFonts w:ascii="Calibri" w:hAnsi="Calibri"/>
      <w:lang w:val="nl-NL"/>
    </w:rPr>
  </w:style>
  <w:style w:type="character" w:customStyle="1" w:styleId="Instructie1Char">
    <w:name w:val="Instructie 1 Char"/>
    <w:basedOn w:val="GeenafstandChar"/>
    <w:link w:val="Instructie1"/>
    <w:rsid w:val="0029613F"/>
    <w:rPr>
      <w:rFonts w:ascii="Calibri" w:hAnsi="Calibri"/>
      <w:i/>
      <w:lang w:val="nl-NL"/>
    </w:rPr>
  </w:style>
  <w:style w:type="paragraph" w:customStyle="1" w:styleId="X-puntschaal">
    <w:name w:val="X-puntschaal"/>
    <w:basedOn w:val="Tekst"/>
    <w:link w:val="X-puntschaalChar"/>
    <w:rsid w:val="00CB2745"/>
  </w:style>
  <w:style w:type="character" w:customStyle="1" w:styleId="TekstChar">
    <w:name w:val="Tekst Char"/>
    <w:basedOn w:val="GeenafstandChar"/>
    <w:link w:val="Tekst"/>
    <w:rsid w:val="0029613F"/>
    <w:rPr>
      <w:rFonts w:ascii="Calibri" w:hAnsi="Calibri"/>
      <w:lang w:val="nl-NL"/>
    </w:rPr>
  </w:style>
  <w:style w:type="paragraph" w:customStyle="1" w:styleId="Stijl1">
    <w:name w:val="Stijl1"/>
    <w:basedOn w:val="X-puntschaal"/>
    <w:link w:val="Stijl1Char"/>
    <w:rsid w:val="00CB2745"/>
  </w:style>
  <w:style w:type="character" w:customStyle="1" w:styleId="X-puntschaalChar">
    <w:name w:val="X-puntschaal Char"/>
    <w:basedOn w:val="TekstChar"/>
    <w:link w:val="X-puntschaal"/>
    <w:rsid w:val="00CB2745"/>
    <w:rPr>
      <w:rFonts w:ascii="Calibri" w:hAnsi="Calibri"/>
      <w:lang w:val="nl-NL"/>
    </w:rPr>
  </w:style>
  <w:style w:type="character" w:customStyle="1" w:styleId="Stijl1Char">
    <w:name w:val="Stijl1 Char"/>
    <w:basedOn w:val="X-puntschaalChar"/>
    <w:link w:val="Stijl1"/>
    <w:rsid w:val="00CB2745"/>
    <w:rPr>
      <w:rFonts w:ascii="Calibri" w:hAnsi="Calibri"/>
      <w:lang w:val="nl-NL"/>
    </w:rPr>
  </w:style>
  <w:style w:type="character" w:styleId="Verwijzingopmerking">
    <w:name w:val="annotation reference"/>
    <w:basedOn w:val="Standaardalinea-lettertype"/>
    <w:uiPriority w:val="99"/>
    <w:semiHidden/>
    <w:unhideWhenUsed/>
    <w:rsid w:val="003E151A"/>
    <w:rPr>
      <w:sz w:val="16"/>
      <w:szCs w:val="16"/>
    </w:rPr>
  </w:style>
  <w:style w:type="paragraph" w:styleId="Tekstopmerking">
    <w:name w:val="annotation text"/>
    <w:basedOn w:val="Standaard"/>
    <w:link w:val="TekstopmerkingChar"/>
    <w:uiPriority w:val="99"/>
    <w:semiHidden/>
    <w:unhideWhenUsed/>
    <w:rsid w:val="003E151A"/>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E151A"/>
    <w:rPr>
      <w:sz w:val="20"/>
      <w:szCs w:val="20"/>
    </w:rPr>
  </w:style>
  <w:style w:type="paragraph" w:styleId="Onderwerpvanopmerking">
    <w:name w:val="annotation subject"/>
    <w:basedOn w:val="Tekstopmerking"/>
    <w:next w:val="Tekstopmerking"/>
    <w:link w:val="OnderwerpvanopmerkingChar"/>
    <w:uiPriority w:val="99"/>
    <w:semiHidden/>
    <w:unhideWhenUsed/>
    <w:rsid w:val="003E151A"/>
    <w:rPr>
      <w:b/>
      <w:bCs/>
    </w:rPr>
  </w:style>
  <w:style w:type="character" w:customStyle="1" w:styleId="OnderwerpvanopmerkingChar">
    <w:name w:val="Onderwerp van opmerking Char"/>
    <w:basedOn w:val="TekstopmerkingChar"/>
    <w:link w:val="Onderwerpvanopmerking"/>
    <w:uiPriority w:val="99"/>
    <w:semiHidden/>
    <w:rsid w:val="003E151A"/>
    <w:rPr>
      <w:b/>
      <w:bCs/>
      <w:sz w:val="20"/>
      <w:szCs w:val="20"/>
    </w:rPr>
  </w:style>
  <w:style w:type="character" w:styleId="Hyperlink">
    <w:name w:val="Hyperlink"/>
    <w:basedOn w:val="Standaardalinea-lettertype"/>
    <w:uiPriority w:val="99"/>
    <w:unhideWhenUsed/>
    <w:rsid w:val="00195C3A"/>
    <w:rPr>
      <w:color w:val="0000FF" w:themeColor="hyperlink"/>
      <w:u w:val="single"/>
    </w:rPr>
  </w:style>
  <w:style w:type="character" w:styleId="GevolgdeHyperlink">
    <w:name w:val="FollowedHyperlink"/>
    <w:basedOn w:val="Standaardalinea-lettertype"/>
    <w:uiPriority w:val="99"/>
    <w:semiHidden/>
    <w:unhideWhenUsed/>
    <w:rsid w:val="00E22844"/>
    <w:rPr>
      <w:color w:val="800080" w:themeColor="followedHyperlink"/>
      <w:u w:val="single"/>
    </w:rPr>
  </w:style>
  <w:style w:type="character" w:styleId="Onopgelostemelding">
    <w:name w:val="Unresolved Mention"/>
    <w:basedOn w:val="Standaardalinea-lettertype"/>
    <w:uiPriority w:val="99"/>
    <w:semiHidden/>
    <w:unhideWhenUsed/>
    <w:rsid w:val="00291FF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984219">
      <w:bodyDiv w:val="1"/>
      <w:marLeft w:val="0"/>
      <w:marRight w:val="0"/>
      <w:marTop w:val="0"/>
      <w:marBottom w:val="0"/>
      <w:divBdr>
        <w:top w:val="none" w:sz="0" w:space="0" w:color="auto"/>
        <w:left w:val="none" w:sz="0" w:space="0" w:color="auto"/>
        <w:bottom w:val="none" w:sz="0" w:space="0" w:color="auto"/>
        <w:right w:val="none" w:sz="0" w:space="0" w:color="auto"/>
      </w:divBdr>
    </w:div>
    <w:div w:id="758529837">
      <w:bodyDiv w:val="1"/>
      <w:marLeft w:val="0"/>
      <w:marRight w:val="0"/>
      <w:marTop w:val="0"/>
      <w:marBottom w:val="0"/>
      <w:divBdr>
        <w:top w:val="none" w:sz="0" w:space="0" w:color="auto"/>
        <w:left w:val="none" w:sz="0" w:space="0" w:color="auto"/>
        <w:bottom w:val="none" w:sz="0" w:space="0" w:color="auto"/>
        <w:right w:val="none" w:sz="0" w:space="0" w:color="auto"/>
      </w:divBdr>
    </w:div>
    <w:div w:id="1043863896">
      <w:bodyDiv w:val="1"/>
      <w:marLeft w:val="0"/>
      <w:marRight w:val="0"/>
      <w:marTop w:val="0"/>
      <w:marBottom w:val="0"/>
      <w:divBdr>
        <w:top w:val="none" w:sz="0" w:space="0" w:color="auto"/>
        <w:left w:val="none" w:sz="0" w:space="0" w:color="auto"/>
        <w:bottom w:val="none" w:sz="0" w:space="0" w:color="auto"/>
        <w:right w:val="none" w:sz="0" w:space="0" w:color="auto"/>
      </w:divBdr>
    </w:div>
    <w:div w:id="19778341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CBB81-483E-4E74-A9AA-4EB4A5CC9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71158E5A</Template>
  <TotalTime>43</TotalTime>
  <Pages>8</Pages>
  <Words>1322</Words>
  <Characters>7277</Characters>
  <Application>Microsoft Office Word</Application>
  <DocSecurity>0</DocSecurity>
  <Lines>60</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Motivaction International B.V.</Company>
  <LinksUpToDate>false</LinksUpToDate>
  <CharactersWithSpaces>8582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Natascha Schippers</dc:creator>
  <dc:description>generated by python-docx</dc:description>
  <cp:lastModifiedBy>Natascha Schippers</cp:lastModifiedBy>
  <cp:revision>4</cp:revision>
  <cp:lastPrinted>2018-09-12T11:43:00Z</cp:lastPrinted>
  <dcterms:created xsi:type="dcterms:W3CDTF">2018-12-19T09:32:00Z</dcterms:created>
  <dcterms:modified xsi:type="dcterms:W3CDTF">2018-12-19T10:13:00Z</dcterms:modified>
</cp:coreProperties>
</file>